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Cracker Barrel Coca-Cola Cake Recipe</w:t>
      </w:r>
    </w:p>
    <w:p>
      <w:pPr>
        <w:jc w:val="center"/>
      </w:pPr>
      <w:r>
        <w:rPr>
          <w:i/>
          <w:sz w:val="22"/>
        </w:rPr>
        <w:t>Complete Recipe &amp; Step-by-Step Guide</w:t>
      </w:r>
    </w:p>
    <w:p>
      <w:r>
        <w:t>One bite of Cracker Barrel’s Coca-Cola Cake and you’ll understand why folks keep coming back for it. This copycat version gives you a soft, rich chocolate cake topped with warm, fudgy Coca-Cola frosting.</w:t>
      </w:r>
    </w:p>
    <w:p>
      <w:r>
        <w:rPr>
          <w:b/>
          <w:sz w:val="30"/>
        </w:rPr>
        <w:t>Ingredients</w:t>
      </w:r>
    </w:p>
    <w:p>
      <w:r>
        <w:rPr>
          <w:b/>
          <w:sz w:val="25"/>
        </w:rPr>
        <w:t>For the Chocolate Cake</w:t>
      </w:r>
    </w:p>
    <w:p>
      <w:pPr>
        <w:pStyle w:val="ListBullet"/>
        <w:spacing w:after="40"/>
      </w:pPr>
      <w:r>
        <w:t>2 cups (240 g) all-purpose flour</w:t>
      </w:r>
    </w:p>
    <w:p>
      <w:pPr>
        <w:pStyle w:val="ListBullet"/>
        <w:spacing w:after="40"/>
      </w:pPr>
      <w:r>
        <w:t>2 cups (400 g) granulated sugar</w:t>
      </w:r>
    </w:p>
    <w:p>
      <w:pPr>
        <w:pStyle w:val="ListBullet"/>
        <w:spacing w:after="40"/>
      </w:pPr>
      <w:r>
        <w:t>1 cup regular Coca-Cola® — not Diet or Zero Sugar</w:t>
      </w:r>
    </w:p>
    <w:p>
      <w:pPr>
        <w:pStyle w:val="ListBullet"/>
        <w:spacing w:after="40"/>
      </w:pPr>
      <w:r>
        <w:t>½ cup (1 stick) unsalted butter</w:t>
      </w:r>
    </w:p>
    <w:p>
      <w:pPr>
        <w:pStyle w:val="ListBullet"/>
        <w:spacing w:after="40"/>
      </w:pPr>
      <w:r>
        <w:t>½ cup vegetable oil</w:t>
      </w:r>
    </w:p>
    <w:p>
      <w:pPr>
        <w:pStyle w:val="ListBullet"/>
        <w:spacing w:after="40"/>
      </w:pPr>
      <w:r>
        <w:t>½ cup unsweetened cocoa powder</w:t>
      </w:r>
    </w:p>
    <w:p>
      <w:pPr>
        <w:pStyle w:val="ListBullet"/>
        <w:spacing w:after="40"/>
      </w:pPr>
      <w:r>
        <w:t>1¼ teaspoons baking soda</w:t>
      </w:r>
    </w:p>
    <w:p>
      <w:pPr>
        <w:pStyle w:val="ListBullet"/>
        <w:spacing w:after="40"/>
      </w:pPr>
      <w:r>
        <w:t>½ teaspoon kosher salt</w:t>
      </w:r>
    </w:p>
    <w:p>
      <w:pPr>
        <w:pStyle w:val="ListBullet"/>
        <w:spacing w:after="40"/>
      </w:pPr>
      <w:r>
        <w:t>2 large eggs, preferably at room temperature</w:t>
      </w:r>
    </w:p>
    <w:p>
      <w:pPr>
        <w:pStyle w:val="ListBullet"/>
        <w:spacing w:after="40"/>
      </w:pPr>
      <w:r>
        <w:t>½ cup buttermilk, at room temperature</w:t>
      </w:r>
    </w:p>
    <w:p>
      <w:pPr>
        <w:pStyle w:val="ListBullet"/>
        <w:spacing w:after="40"/>
      </w:pPr>
      <w:r>
        <w:t>2 teaspoons pure vanilla extract</w:t>
      </w:r>
    </w:p>
    <w:p>
      <w:r>
        <w:rPr>
          <w:b/>
          <w:sz w:val="25"/>
        </w:rPr>
        <w:t>For the Coca-Cola Fudge Frosting</w:t>
      </w:r>
    </w:p>
    <w:p>
      <w:pPr>
        <w:pStyle w:val="ListBullet"/>
        <w:spacing w:after="40"/>
      </w:pPr>
      <w:r>
        <w:t>½ cup (1 stick) unsalted butter</w:t>
      </w:r>
    </w:p>
    <w:p>
      <w:pPr>
        <w:pStyle w:val="ListBullet"/>
        <w:spacing w:after="40"/>
      </w:pPr>
      <w:r>
        <w:t>¼ cup Coca-Cola®</w:t>
      </w:r>
    </w:p>
    <w:p>
      <w:pPr>
        <w:pStyle w:val="ListBullet"/>
        <w:spacing w:after="40"/>
      </w:pPr>
      <w:r>
        <w:t>½ cup unsweetened cocoa powder</w:t>
      </w:r>
    </w:p>
    <w:p>
      <w:pPr>
        <w:pStyle w:val="ListBullet"/>
        <w:spacing w:after="40"/>
      </w:pPr>
      <w:r>
        <w:t>3 cups (360 g) powdered sugar, sifted</w:t>
      </w:r>
    </w:p>
    <w:p>
      <w:pPr>
        <w:pStyle w:val="ListBullet"/>
        <w:spacing w:after="40"/>
      </w:pPr>
      <w:r>
        <w:t>1 teaspoon pure vanilla extract</w:t>
      </w:r>
    </w:p>
    <w:p>
      <w:r>
        <w:rPr>
          <w:b/>
          <w:sz w:val="30"/>
        </w:rPr>
        <w:t>How to Make Cracker Barrel Coca-Cola Cake</w:t>
      </w:r>
    </w:p>
    <w:p>
      <w:pPr>
        <w:spacing w:after="60"/>
      </w:pPr>
      <w:r>
        <w:rPr>
          <w:b/>
          <w:sz w:val="23"/>
        </w:rPr>
        <w:t>1. Get the oven and pan ready</w:t>
      </w:r>
    </w:p>
    <w:p>
      <w:pPr>
        <w:spacing w:after="140"/>
      </w:pPr>
      <w:r>
        <w:t>Set the 2 large eggs and ½ cup buttermilk on the counter so they can come closer to room temperature. Preheat your oven to 350°F (175°C). Lightly grease a 9×13-inch baking pan with cooking spray or a little butter, then set it aside.</w:t>
      </w:r>
    </w:p>
    <w:p>
      <w:pPr>
        <w:spacing w:after="60"/>
      </w:pPr>
      <w:r>
        <w:rPr>
          <w:b/>
          <w:sz w:val="23"/>
        </w:rPr>
        <w:t>2. Mix the dry ingredients</w:t>
      </w:r>
    </w:p>
    <w:p>
      <w:pPr>
        <w:spacing w:after="140"/>
      </w:pPr>
      <w:r>
        <w:t>In a large mixing bowl, whisk together 2 cups all-purpose flour, 2 cups granulated sugar, 1¼ teaspoons baking soda, and ½ teaspoon kosher salt. Give everything a good stir so the baking soda and salt are spread evenly through the flour and sugar.</w:t>
      </w:r>
    </w:p>
    <w:p>
      <w:pPr>
        <w:spacing w:after="60"/>
      </w:pPr>
      <w:r>
        <w:rPr>
          <w:b/>
          <w:sz w:val="23"/>
        </w:rPr>
        <w:t>3. Make the chocolate-Coca-Cola mixture</w:t>
      </w:r>
    </w:p>
    <w:p>
      <w:pPr>
        <w:spacing w:after="140"/>
      </w:pPr>
      <w:r>
        <w:t>Add 1 cup regular Coca-Cola, ½ cup unsalted butter, ½ cup vegetable oil, and ½ cup unsweetened cocoa powder to a medium saucepan. Set the pan over medium heat and stir as the butter melts. Once everything is smooth, bring the mixture to a gentle boil, then take it off the heat.</w:t>
      </w:r>
    </w:p>
    <w:p>
      <w:pPr>
        <w:spacing w:after="60"/>
      </w:pPr>
      <w:r>
        <w:rPr>
          <w:b/>
          <w:sz w:val="23"/>
        </w:rPr>
        <w:t>4. Combine the batter</w:t>
      </w:r>
    </w:p>
    <w:p>
      <w:pPr>
        <w:spacing w:after="140"/>
      </w:pPr>
      <w:r>
        <w:t>Carefully pour the hot chocolate mixture over the dry ingredients. Stir gently until the flour is incorporated and you have a smooth, thick chocolate batter. Let the mixture cool for about 5 minutes. Meanwhile, whisk together the 2 eggs, ½ cup buttermilk, and 2 teaspoons vanilla extract in a small bowl or measuring cup. Pour the egg mixture into the chocolate batter and gently stir just until everything is combined. Don't keep mixing once you no longer see streaks of flour.</w:t>
      </w:r>
    </w:p>
    <w:p>
      <w:pPr>
        <w:spacing w:after="60"/>
      </w:pPr>
      <w:r>
        <w:rPr>
          <w:b/>
          <w:sz w:val="23"/>
        </w:rPr>
        <w:t>5. Bake the cake</w:t>
      </w:r>
    </w:p>
    <w:p>
      <w:pPr>
        <w:spacing w:after="140"/>
      </w:pPr>
      <w:r>
        <w:t>Pour the batter into your prepared pan and spread it into an even layer. Place the pan on the center rack of your oven. Bake for 30–35 minutes, starting to check around the 30-minute mark. Insert a toothpick into the center. It should come out with a few moist crumbs attached, but no wet batter.</w:t>
      </w:r>
    </w:p>
    <w:p>
      <w:pPr>
        <w:spacing w:after="60"/>
      </w:pPr>
      <w:r>
        <w:rPr>
          <w:b/>
          <w:sz w:val="23"/>
        </w:rPr>
        <w:t>6. Make the Coca-Cola frosting</w:t>
      </w:r>
    </w:p>
    <w:p>
      <w:pPr>
        <w:spacing w:after="140"/>
      </w:pPr>
      <w:r>
        <w:t>While the cake is baking, prepare the frosting. Add ½ cup unsalted butter, ¼ cup Coca-Cola, and ½ cup unsweetened cocoa powder to a medium saucepan. Heat over medium heat, stirring until the butter melts and the mixture is smooth. Remove from heat. Gradually whisk in 3 cups sifted powdered sugar, then stir in 1 teaspoon vanilla extract. Keep whisking until the frosting is smooth and spreadable. If it seems too thick, add a tiny splash of Coca-Cola. If it is a little loose, let it sit for a few minutes to thicken.</w:t>
      </w:r>
    </w:p>
    <w:p>
      <w:pPr>
        <w:spacing w:after="60"/>
      </w:pPr>
      <w:r>
        <w:rPr>
          <w:b/>
          <w:sz w:val="23"/>
        </w:rPr>
        <w:t>7. Frost the cake</w:t>
      </w:r>
    </w:p>
    <w:p>
      <w:pPr>
        <w:spacing w:after="140"/>
      </w:pPr>
      <w:r>
        <w:t>Take the cake out of the oven and keep it in the baking pan. While the cake is still warm, pour the frosting over the top. Use a spatula to gently spread it from the center toward the edges until the whole cake is covered. If you like an extra-fudgy finish, poke a few shallow holes across the top with a fork before adding the frosting.</w:t>
      </w:r>
    </w:p>
    <w:p>
      <w:pPr>
        <w:spacing w:after="60"/>
      </w:pPr>
      <w:r>
        <w:rPr>
          <w:b/>
          <w:sz w:val="23"/>
        </w:rPr>
        <w:t>8. Let it cool and set</w:t>
      </w:r>
    </w:p>
    <w:p>
      <w:pPr>
        <w:spacing w:after="140"/>
      </w:pPr>
      <w:r>
        <w:t>Leave the cake in the pan and let it cool for about 30–60 minutes, giving the frosting time to set. Once the topping has firmed up enough to cut cleanly, slice the cake into squares and serve.</w:t>
      </w:r>
    </w:p>
    <w:p>
      <w:r>
        <w:rPr>
          <w:b/>
          <w:sz w:val="30"/>
        </w:rPr>
        <w:t>Pro Tips</w:t>
      </w:r>
    </w:p>
    <w:p>
      <w:pPr>
        <w:pStyle w:val="ListBullet"/>
        <w:spacing w:after="40"/>
      </w:pPr>
      <w:r>
        <w:t>No buttermilk? Mix ½ cup whole milk with 1½ teaspoons lemon juice or white vinegar and let it sit for about 5 minutes.</w:t>
      </w:r>
    </w:p>
    <w:p>
      <w:pPr>
        <w:pStyle w:val="ListBullet"/>
        <w:spacing w:after="40"/>
      </w:pPr>
      <w:r>
        <w:t>For easier cleanup, line the bottom of the pan with parchment paper, leaving a little overhang on two sides.</w:t>
      </w:r>
    </w:p>
    <w:p>
      <w:pPr>
        <w:pStyle w:val="ListBullet"/>
        <w:spacing w:after="40"/>
      </w:pPr>
      <w:r>
        <w:t>Finely chopped pecans make a delicious Southern-style topping. Add them while the frosting is still soft.</w:t>
      </w:r>
    </w:p>
    <w:p>
      <w:pPr>
        <w:pStyle w:val="ListBullet"/>
        <w:spacing w:after="40"/>
      </w:pPr>
      <w:r>
        <w:t>You can make the cake ahead of time and refrigerate it covered until ready to serve.</w:t>
      </w:r>
    </w:p>
    <w:p>
      <w:pPr>
        <w:pStyle w:val="ListBullet"/>
        <w:spacing w:after="40"/>
      </w:pPr>
      <w:r>
        <w:t>Let the frosting set before slicing for cleaner squares and a fudgier top.</w:t>
      </w:r>
    </w:p>
    <w:p>
      <w:pPr>
        <w:pStyle w:val="ListBullet"/>
        <w:spacing w:after="40"/>
      </w:pPr>
      <w:r>
        <w:t>Serve with vanilla ice cream for a simple, classic finish.</w:t>
      </w:r>
    </w:p>
    <w:p>
      <w:r>
        <w:rPr>
          <w:b/>
          <w:sz w:val="30"/>
        </w:rPr>
        <w:t>What to Serve with Coca-Cola Cake</w:t>
      </w:r>
    </w:p>
    <w:p>
      <w:r>
        <w:t>This rich cake fits right in after a comforting Cracker Barrel-style supper. Try serving it after Cracker Barrel Meatloaf with Mashed Potatoes and Mac and Cheese, or after Chicken and Dumplings with Fried Apples. A scoop of vanilla ice cream alongside the warm chocolate cake makes a mighty fine dessert.</w:t>
      </w:r>
    </w:p>
    <w:p>
      <w:r>
        <w:rPr>
          <w:b/>
          <w:sz w:val="30"/>
        </w:rPr>
        <w:t>Storage</w:t>
      </w:r>
    </w:p>
    <w:p>
      <w:r>
        <w:t>Once the cake has cooled completely, cover it well and refrigerate it at 40°F (4°C) or below for up to 4 days. For longer storage, wrap individual slices tightly and freeze them for up to 3 months. If refrigerated, let the cake sit at room temperature for about 20–30 minutes before serving so the frosting softens.</w:t>
      </w:r>
    </w:p>
    <w:p>
      <w:r>
        <w:rPr>
          <w:b/>
          <w:sz w:val="30"/>
        </w:rPr>
        <w:t>Frequently Asked Questions</w:t>
      </w:r>
    </w:p>
    <w:p>
      <w:pPr>
        <w:spacing w:after="40"/>
      </w:pPr>
      <w:r>
        <w:rPr>
          <w:b/>
        </w:rPr>
        <w:t>Can I use Diet Coke or Coke Zero?</w:t>
      </w:r>
    </w:p>
    <w:p>
      <w:r>
        <w:t>For this copycat recipe, regular Coca-Cola is the better choice. The sugar and flavor profile help give the cake its familiar rich taste, so I would not swap in Diet or Zero Sugar when you want the closest result.</w:t>
      </w:r>
    </w:p>
    <w:p>
      <w:pPr>
        <w:spacing w:after="40"/>
      </w:pPr>
      <w:r>
        <w:rPr>
          <w:b/>
        </w:rPr>
        <w:t>Can I use Pepsi instead of Coca-Cola?</w:t>
      </w:r>
    </w:p>
    <w:p>
      <w:r>
        <w:t>You can, but regular Coca-Cola is the better pick when you're aiming for a classic Coca-Cola Cake flavor.</w:t>
      </w:r>
    </w:p>
    <w:p>
      <w:pPr>
        <w:spacing w:after="40"/>
      </w:pPr>
      <w:r>
        <w:rPr>
          <w:b/>
        </w:rPr>
        <w:t>Can I make this with boxed cake mix?</w:t>
      </w:r>
    </w:p>
    <w:p>
      <w:r>
        <w:t>Yes, but this recipe is made from scratch. Starting with flour, cocoa, Coca-Cola, and the other ingredients gives you more control over the texture and flavor.</w:t>
      </w:r>
    </w:p>
    <w:p>
      <w:pPr>
        <w:spacing w:after="40"/>
      </w:pPr>
      <w:r>
        <w:rPr>
          <w:b/>
        </w:rPr>
        <w:t>What is the best pan for Coca-Cola Cake?</w:t>
      </w:r>
    </w:p>
    <w:p>
      <w:r>
        <w:t>A 9×13-inch baking pan is the best fit for this recipe. A metal pan works well, and a glass pan can also be used; keep an eye on the cake because baking times can vary.</w:t>
      </w:r>
    </w:p>
    <w:p>
      <w:pPr>
        <w:spacing w:after="40"/>
      </w:pPr>
      <w:r>
        <w:rPr>
          <w:b/>
        </w:rPr>
        <w:t>What kind of cocoa powder should I use?</w:t>
      </w:r>
    </w:p>
    <w:p>
      <w:r>
        <w:t>Use unsweetened cocoa powder rather than sweetened cocoa or hot cocoa mix.</w:t>
      </w:r>
    </w:p>
    <w:p>
      <w:pPr>
        <w:spacing w:after="40"/>
      </w:pPr>
      <w:r>
        <w:rPr>
          <w:b/>
        </w:rPr>
        <w:t>Why is the frosting poured over the cake while it is warm?</w:t>
      </w:r>
    </w:p>
    <w:p>
      <w:r>
        <w:t>The warm cake helps the frosting settle over the surface and gives you that soft, fudgy finish.</w:t>
      </w:r>
    </w:p>
    <w:p>
      <w:pPr>
        <w:spacing w:after="40"/>
      </w:pPr>
      <w:r>
        <w:rPr>
          <w:b/>
        </w:rPr>
        <w:t>Does Cracker Barrel Coca-Cola Cake have marshmallows?</w:t>
      </w:r>
    </w:p>
    <w:p>
      <w:r>
        <w:t>Some copycat recipes and reader discussions mention marshmallows, but without official Cracker Barrel documentation confirming that detail, this version does not include them.</w:t>
      </w:r>
    </w:p>
    <w:p>
      <w:pPr>
        <w:spacing w:after="40"/>
      </w:pPr>
      <w:r>
        <w:rPr>
          <w:b/>
        </w:rPr>
        <w:t>Can I make Coca-Cola Cake the day before?</w:t>
      </w:r>
    </w:p>
    <w:p>
      <w:r>
        <w:t>Yes. Bake and frost it ahead of time, cover it, and refrigerate it. Let it sit out briefly before serving so the frosting softens.</w:t>
      </w:r>
    </w:p>
    <w:p>
      <w:pPr>
        <w:spacing w:after="40"/>
      </w:pPr>
      <w:r>
        <w:rPr>
          <w:b/>
        </w:rPr>
        <w:t>Can I add pecans?</w:t>
      </w:r>
    </w:p>
    <w:p>
      <w:r>
        <w:t>Yes. Finely chopped pecans are a good addition. Sprinkle them over the frosting while it is still soft.</w:t>
      </w:r>
    </w:p>
    <w:p>
      <w:pPr>
        <w:spacing w:after="40"/>
      </w:pPr>
      <w:r>
        <w:rPr>
          <w:b/>
        </w:rPr>
        <w:t>How do I know when the cake is done?</w:t>
      </w:r>
    </w:p>
    <w:p>
      <w:r>
        <w:t>Start checking around 30 minutes. A toothpick inserted in the center should come out with a few moist crumbs, but no wet batter.</w:t>
      </w:r>
    </w:p>
    <w:p>
      <w:pPr>
        <w:spacing w:after="40"/>
      </w:pPr>
      <w:r>
        <w:rPr>
          <w:b/>
        </w:rPr>
        <w:t>Can I freeze Coca-Cola Cake?</w:t>
      </w:r>
    </w:p>
    <w:p>
      <w:r>
        <w:t>Yes. Cut it into individual pieces, wrap them well, and freeze for up to 3 months. Thaw before serving.</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Cracker Barrel Coca-Cola Cake Recipe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