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Cracker Barrel Campfire Chicken</w:t>
      </w:r>
    </w:p>
    <w:p>
      <w:pPr>
        <w:jc w:val="center"/>
      </w:pPr>
      <w:r>
        <w:rPr>
          <w:i/>
          <w:sz w:val="20"/>
        </w:rPr>
        <w:t>Printable Copycat Recipe • Homestyle Chicken &amp; Vegetables in Foil Packets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EE8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Prep</w:t>
            </w:r>
          </w:p>
        </w:tc>
        <w:tc>
          <w:tcPr>
            <w:tcW w:type="dxa" w:w="2592"/>
            <w:shd w:fill="EEE8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Marinate</w:t>
            </w:r>
          </w:p>
        </w:tc>
        <w:tc>
          <w:tcPr>
            <w:tcW w:type="dxa" w:w="2592"/>
            <w:shd w:fill="EEE8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Cook</w:t>
            </w:r>
          </w:p>
        </w:tc>
        <w:tc>
          <w:tcPr>
            <w:tcW w:type="dxa" w:w="2592"/>
            <w:shd w:fill="EEE8D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Yield</w:t>
            </w:r>
          </w:p>
        </w:tc>
      </w:tr>
      <w:tr>
        <w:tc>
          <w:tcPr>
            <w:tcW w:type="dxa" w:w="2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t>20 min</w:t>
            </w:r>
          </w:p>
        </w:tc>
        <w:tc>
          <w:tcPr>
            <w:tcW w:type="dxa" w:w="2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t>1 hr–overnight</w:t>
            </w:r>
          </w:p>
        </w:tc>
        <w:tc>
          <w:tcPr>
            <w:tcW w:type="dxa" w:w="2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t>45–55 min</w:t>
            </w:r>
          </w:p>
        </w:tc>
        <w:tc>
          <w:tcPr>
            <w:tcW w:type="dxa" w:w="25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t>4 servings</w:t>
            </w:r>
          </w:p>
        </w:tc>
      </w:tr>
    </w:tbl>
    <w:p>
      <w:pPr>
        <w:spacing w:before="160" w:after="100"/>
      </w:pPr>
      <w:r>
        <w:rPr>
          <w:rFonts w:ascii="Arial" w:hAnsi="Arial"/>
          <w:b/>
          <w:sz w:val="30"/>
        </w:rPr>
        <w:t>Ingredients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whole chicken (about 3½–4 pounds), cut in half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tablespoon olive oil, plus a little more for searing</w:t>
      </w:r>
    </w:p>
    <w:p>
      <w:pPr>
        <w:spacing w:after="40"/>
        <w:ind w:left="173"/>
      </w:pPr>
      <w:r>
        <w:rPr>
          <w:b/>
        </w:rPr>
        <w:t xml:space="preserve">☐ </w:t>
      </w:r>
      <w:r>
        <w:t>2 tablespoons unsalted butter</w:t>
      </w:r>
    </w:p>
    <w:p>
      <w:pPr>
        <w:spacing w:after="40"/>
        <w:ind w:left="173"/>
      </w:pPr>
      <w:r>
        <w:rPr>
          <w:b/>
        </w:rPr>
        <w:t xml:space="preserve">☐ </w:t>
      </w:r>
      <w:r>
        <w:t>2 medium red potatoes, cut into bite-sized chunks</w:t>
      </w:r>
    </w:p>
    <w:p>
      <w:pPr>
        <w:spacing w:after="40"/>
        <w:ind w:left="173"/>
      </w:pPr>
      <w:r>
        <w:rPr>
          <w:b/>
        </w:rPr>
        <w:t xml:space="preserve">☐ </w:t>
      </w:r>
      <w:r>
        <w:t>2 medium carrots, sliced</w:t>
      </w:r>
    </w:p>
    <w:p>
      <w:pPr>
        <w:spacing w:after="40"/>
        <w:ind w:left="173"/>
      </w:pPr>
      <w:r>
        <w:rPr>
          <w:b/>
        </w:rPr>
        <w:t xml:space="preserve">☐ </w:t>
      </w:r>
      <w:r>
        <w:t>2 ears fresh corn on the cob, cut into smaller pieces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small yellow onion, cut into wedges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cup grape tomatoes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cup chicken broth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teaspoon smoked paprika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teaspoon garlic powder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teaspoon onion powder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teaspoon dried parsley</w:t>
      </w:r>
    </w:p>
    <w:p>
      <w:pPr>
        <w:spacing w:after="40"/>
        <w:ind w:left="173"/>
      </w:pPr>
      <w:r>
        <w:rPr>
          <w:b/>
        </w:rPr>
        <w:t xml:space="preserve">☐ </w:t>
      </w:r>
      <w:r>
        <w:t>½ teaspoon dried thyme</w:t>
      </w:r>
    </w:p>
    <w:p>
      <w:pPr>
        <w:spacing w:after="40"/>
        <w:ind w:left="173"/>
      </w:pPr>
      <w:r>
        <w:rPr>
          <w:b/>
        </w:rPr>
        <w:t xml:space="preserve">☐ </w:t>
      </w:r>
      <w:r>
        <w:t>1 teaspoon kosher salt</w:t>
      </w:r>
    </w:p>
    <w:p>
      <w:pPr>
        <w:spacing w:after="40"/>
        <w:ind w:left="173"/>
      </w:pPr>
      <w:r>
        <w:rPr>
          <w:b/>
        </w:rPr>
        <w:t xml:space="preserve">☐ </w:t>
      </w:r>
      <w:r>
        <w:t>½ teaspoon black pepper</w:t>
      </w:r>
    </w:p>
    <w:p>
      <w:pPr>
        <w:spacing w:before="160" w:after="100"/>
      </w:pPr>
      <w:r>
        <w:rPr>
          <w:rFonts w:ascii="Arial" w:hAnsi="Arial"/>
          <w:b/>
          <w:sz w:val="30"/>
        </w:rPr>
        <w:t>How to Make Campfire Chicken</w:t>
      </w:r>
    </w:p>
    <w:p>
      <w:pPr>
        <w:spacing w:before="160" w:after="100"/>
      </w:pPr>
      <w:r>
        <w:rPr>
          <w:rFonts w:ascii="Arial" w:hAnsi="Arial"/>
          <w:b/>
          <w:sz w:val="24"/>
        </w:rPr>
        <w:t>1. Mix the campfire seasoning</w:t>
      </w:r>
    </w:p>
    <w:p>
      <w:pPr>
        <w:spacing w:after="120" w:line="259" w:lineRule="auto"/>
      </w:pPr>
      <w:r>
        <w:t>In a small bowl, combine 1 teaspoon smoked paprika, 1 teaspoon garlic powder, 1 teaspoon onion powder, 1 teaspoon dried parsley, ½ teaspoon dried thyme, 1 teaspoon kosher salt, and ½ teaspoon black pepper. Stir until evenly mixed. Set aside 1 tablespoon of the blend for the vegetables.</w:t>
      </w:r>
    </w:p>
    <w:p>
      <w:pPr>
        <w:spacing w:before="160" w:after="100"/>
      </w:pPr>
      <w:r>
        <w:rPr>
          <w:rFonts w:ascii="Arial" w:hAnsi="Arial"/>
          <w:b/>
          <w:sz w:val="24"/>
        </w:rPr>
        <w:t>2. Season and marinate the chicken</w:t>
      </w:r>
    </w:p>
    <w:p>
      <w:pPr>
        <w:spacing w:after="120" w:line="259" w:lineRule="auto"/>
      </w:pPr>
      <w:r>
        <w:t>Place the halved chicken in a large zip-top bag. Sprinkle in the remaining spice blend and pour in 1 tablespoon olive oil. Seal and gently massage the chicken so the seasoning coats the meat. Refrigerate for at least 1 hour, or overnight.</w:t>
      </w:r>
    </w:p>
    <w:p>
      <w:pPr>
        <w:spacing w:before="160" w:after="100"/>
      </w:pPr>
      <w:r>
        <w:rPr>
          <w:rFonts w:ascii="Arial" w:hAnsi="Arial"/>
          <w:b/>
          <w:sz w:val="24"/>
        </w:rPr>
        <w:t>3. Heat the oven</w:t>
      </w:r>
    </w:p>
    <w:p>
      <w:pPr>
        <w:spacing w:after="120" w:line="259" w:lineRule="auto"/>
      </w:pPr>
      <w:r>
        <w:t>Preheat your oven to 400°F (200°C) once the chicken has finished marinating.</w:t>
      </w:r>
    </w:p>
    <w:p>
      <w:pPr>
        <w:spacing w:before="160" w:after="100"/>
      </w:pPr>
      <w:r>
        <w:rPr>
          <w:rFonts w:ascii="Arial" w:hAnsi="Arial"/>
          <w:b/>
          <w:sz w:val="24"/>
        </w:rPr>
        <w:t>4. Toss the vegetables</w:t>
      </w:r>
    </w:p>
    <w:p>
      <w:pPr>
        <w:spacing w:after="120" w:line="259" w:lineRule="auto"/>
      </w:pPr>
      <w:r>
        <w:t>Combine the red potatoes, carrots, corn, yellow onion, and grape tomatoes in a large bowl. Drizzle with 1 tablespoon olive oil and sprinkle with the reserved spice blend. Toss until lightly coated.</w:t>
      </w:r>
    </w:p>
    <w:p>
      <w:pPr>
        <w:spacing w:before="160" w:after="100"/>
      </w:pPr>
      <w:r>
        <w:rPr>
          <w:rFonts w:ascii="Arial" w:hAnsi="Arial"/>
          <w:b/>
          <w:sz w:val="24"/>
        </w:rPr>
        <w:t>5. Give the chicken a good sear</w:t>
      </w:r>
    </w:p>
    <w:p>
      <w:pPr>
        <w:spacing w:after="120" w:line="259" w:lineRule="auto"/>
      </w:pPr>
      <w:r>
        <w:t>Heat a large skillet over medium-high heat and add a small splash of olive oil. Remove the chicken from the marinade and sear for about 3–4 minutes per side, just until golden brown. Transfer to a plate.</w:t>
      </w:r>
    </w:p>
    <w:p>
      <w:pPr>
        <w:spacing w:before="160" w:after="100"/>
      </w:pPr>
      <w:r>
        <w:rPr>
          <w:rFonts w:ascii="Arial" w:hAnsi="Arial"/>
          <w:b/>
          <w:sz w:val="24"/>
        </w:rPr>
        <w:t>6. Put the foil packets together</w:t>
      </w:r>
    </w:p>
    <w:p>
      <w:pPr>
        <w:spacing w:after="120" w:line="259" w:lineRule="auto"/>
      </w:pPr>
      <w:r>
        <w:t>Lay out 4 large sheets of heavy-duty aluminum foil. Divide the vegetables among the sheets and nestle a piece of browned chicken on top. Dot each serving with ½ tablespoon butter and pour in about ¼ cup chicken broth.</w:t>
      </w:r>
    </w:p>
    <w:p>
      <w:pPr>
        <w:spacing w:before="160" w:after="100"/>
      </w:pPr>
      <w:r>
        <w:rPr>
          <w:rFonts w:ascii="Arial" w:hAnsi="Arial"/>
          <w:b/>
          <w:sz w:val="24"/>
        </w:rPr>
        <w:t>7. Seal everything up</w:t>
      </w:r>
    </w:p>
    <w:p>
      <w:pPr>
        <w:spacing w:after="120" w:line="259" w:lineRule="auto"/>
      </w:pPr>
      <w:r>
        <w:t>Bring the long sides of the foil over the chicken and vegetables and fold them together tightly. Fold in the short ends until each packet is snugly sealed.</w:t>
      </w:r>
    </w:p>
    <w:p>
      <w:pPr>
        <w:spacing w:before="160" w:after="100"/>
      </w:pPr>
      <w:r>
        <w:rPr>
          <w:rFonts w:ascii="Arial" w:hAnsi="Arial"/>
          <w:b/>
          <w:sz w:val="24"/>
        </w:rPr>
        <w:t>8. Bake until tender</w:t>
      </w:r>
    </w:p>
    <w:p>
      <w:pPr>
        <w:spacing w:after="120" w:line="259" w:lineRule="auto"/>
      </w:pPr>
      <w:r>
        <w:t>Set the packets on a baking sheet and bake for 45–55 minutes, or until the thickest part of the chicken reaches 165°F (74°C) and the potatoes are fork-tender.</w:t>
      </w:r>
    </w:p>
    <w:p>
      <w:pPr>
        <w:spacing w:before="160" w:after="100"/>
      </w:pPr>
      <w:r>
        <w:rPr>
          <w:rFonts w:ascii="Arial" w:hAnsi="Arial"/>
          <w:b/>
          <w:sz w:val="24"/>
        </w:rPr>
        <w:t>9. Open and serve</w:t>
      </w:r>
    </w:p>
    <w:p>
      <w:pPr>
        <w:spacing w:after="120" w:line="259" w:lineRule="auto"/>
      </w:pPr>
      <w:r>
        <w:t>Carefully unfold the foil, keeping your hands and face back from the hot steam. Spoon the buttery juices over the chicken and vegetables and serve warm.</w:t>
      </w:r>
    </w:p>
    <w:p>
      <w:r>
        <w:br w:type="page"/>
      </w:r>
    </w:p>
    <w:p>
      <w:pPr>
        <w:spacing w:before="160" w:after="100"/>
      </w:pPr>
      <w:r>
        <w:rPr>
          <w:rFonts w:ascii="Arial" w:hAnsi="Arial"/>
          <w:b/>
          <w:sz w:val="30"/>
        </w:rPr>
        <w:t>Tips for the Best Campfire Chicken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E8DD"/>
          </w:tcPr>
          <w:p>
            <w:r>
              <w:rPr>
                <w:b/>
              </w:rPr>
              <w:t>Tip</w:t>
            </w:r>
          </w:p>
        </w:tc>
        <w:tc>
          <w:tcPr>
            <w:tcW w:type="dxa" w:w="5184"/>
            <w:shd w:fill="EEE8DD"/>
          </w:tcPr>
          <w:p>
            <w:r>
              <w:rPr>
                <w:b/>
              </w:rPr>
              <w:t>Why it helps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Choose similar-sized chicken pieces.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Keeping the pieces close in size helps them cook more evenly.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Bring the chicken close to room temperature.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Let the marinated chicken sit out for about 15–20 minutes before searing.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Use heavy-duty foil.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It is sturdier when filling and moving the packets and helps keep the juices inside.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Don't skip the baking sheet.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A rimmed baking sheet makes the packets easier to move and catches any leaks.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Use fresh vegetables when possible.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Fresh potatoes, carrots, corn, and onions give the dish better texture and home-cooked flavor.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Keep the broth measured.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Too much liquid can leave the vegetables watery instead of rich and buttery.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Give the finished packets a few minutes before serving.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A short rest lets the flavors settle and helps keep the juices in the packet.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Serve it straight from the foil if you like.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Opening each packet at the table makes for a relaxed family supper.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Make extra seasoning.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Keep a small amount aside if your family likes a little more flavor on the vegetables.</w:t>
            </w:r>
          </w:p>
        </w:tc>
      </w:tr>
      <w:tr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rPr>
                <w:b/>
              </w:rPr>
              <w:t>Don't be shy with the juices.</w:t>
            </w:r>
          </w:p>
        </w:tc>
        <w:tc>
          <w:tcPr>
            <w:tcW w:type="dxa" w:w="518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</w:tcPr>
          <w:p>
            <w:r>
              <w:t>Spoon the flavorful broth from the bottom of each packet over the chicken and vegetables.</w:t>
            </w:r>
          </w:p>
        </w:tc>
      </w:tr>
    </w:tbl>
    <w:p>
      <w:pPr>
        <w:spacing w:before="160" w:after="100"/>
      </w:pPr>
      <w:r>
        <w:rPr>
          <w:rFonts w:ascii="Arial" w:hAnsi="Arial"/>
          <w:b/>
          <w:sz w:val="30"/>
        </w:rPr>
        <w:t>Kitchen Notes</w:t>
      </w:r>
    </w:p>
    <w:p>
      <w:pPr>
        <w:spacing w:after="60"/>
      </w:pPr>
      <w:r>
        <w:t>☐ Chicken reached 165°F (74°C) in the thickest part</w:t>
      </w:r>
    </w:p>
    <w:p>
      <w:pPr>
        <w:spacing w:after="60"/>
      </w:pPr>
      <w:r>
        <w:t>☐ Potatoes are fork-tender</w:t>
      </w:r>
    </w:p>
    <w:p>
      <w:pPr>
        <w:spacing w:after="60"/>
      </w:pPr>
      <w:r>
        <w:t>☐ Foil packets were sealed tightly before baking</w:t>
      </w:r>
    </w:p>
    <w:p>
      <w:pPr>
        <w:spacing w:after="60"/>
      </w:pPr>
      <w:r>
        <w:t>☐ Packets rested briefly before serving</w:t>
      </w:r>
    </w:p>
    <w:p>
      <w:pPr>
        <w:spacing w:before="200"/>
      </w:pPr>
      <w:r>
        <w:rPr>
          <w:b/>
        </w:rPr>
        <w:t xml:space="preserve">Safety note: </w:t>
      </w:r>
      <w:r>
        <w:t>Chicken should reach an internal temperature of 165°F (74°C) in the thickest part before serving. Open foil packets carefully because escaping steam can cause burns.</w:t>
      </w:r>
    </w:p>
    <w:p>
      <w:pPr>
        <w:spacing w:before="140"/>
        <w:jc w:val="center"/>
      </w:pPr>
      <w:r>
        <w:rPr>
          <w:i/>
          <w:sz w:val="16"/>
        </w:rPr>
        <w:t>Homemade copycat recipe • Not affiliated with Cracker Barrel Old Country Store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