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Copycat Cracker Barrel Biscuit Recipe From Scratch</w:t>
      </w:r>
    </w:p>
    <w:p>
      <w:pPr>
        <w:jc w:val="center"/>
      </w:pPr>
      <w:r>
        <w:rPr>
          <w:i/>
          <w:sz w:val="22"/>
        </w:rPr>
        <w:t>Soft, flaky, buttery Southern-style biscuits</w:t>
      </w:r>
    </w:p>
    <w:p>
      <w:pPr>
        <w:jc w:val="center"/>
      </w:pPr>
      <w:r>
        <w:rPr>
          <w:b/>
        </w:rPr>
        <w:t>Prep Time: 15 minutes  •  Cook Time: 15 minutes  •  Total Time: 30 minutes  •  Yield: 8 biscuits</w:t>
      </w:r>
    </w:p>
    <w:p>
      <w:pPr>
        <w:pStyle w:val="Heading2"/>
      </w:pPr>
      <w:r>
        <w:t>About These Biscuits</w:t>
      </w:r>
    </w:p>
    <w:p>
      <w:r>
        <w:t>Few things are as comforting as a warm old fashioned Cracker Barrel biscuit with its golden crust, fluffy center, and buttery flavor. While they seem simple, recreating that same bakery-style texture at home can be frustrating.</w:t>
      </w:r>
    </w:p>
    <w:p>
      <w:r>
        <w:t>This copycat recipe focuses on the techniques that help produce light, tender, flaky biscuits with a rich buttery finish using simple ingredients.</w:t>
      </w:r>
    </w:p>
    <w:p>
      <w:pPr>
        <w:pStyle w:val="Heading2"/>
      </w:pPr>
      <w:r>
        <w:t>Ingredients</w:t>
      </w:r>
    </w:p>
    <w:tbl>
      <w:tblPr>
        <w:tblStyle w:val="TableGrid"/>
        <w:tblW w:type="auto" w:w="0"/>
        <w:jc w:val="center"/>
        <w:tblLook w:firstColumn="1" w:firstRow="1" w:lastColumn="0" w:lastRow="0" w:noHBand="0" w:noVBand="1" w:val="04A0"/>
      </w:tblPr>
      <w:tblGrid>
        <w:gridCol w:w="5112"/>
        <w:gridCol w:w="5112"/>
      </w:tblGrid>
      <w:tr>
        <w:tc>
          <w:tcPr>
            <w:tcW w:type="dxa" w:w="5112"/>
          </w:tcPr>
          <w:p>
            <w:r>
              <w:t>Ingredient</w:t>
            </w:r>
          </w:p>
        </w:tc>
        <w:tc>
          <w:tcPr>
            <w:tcW w:type="dxa" w:w="5112"/>
          </w:tcPr>
          <w:p>
            <w:r>
              <w:t>Quantity</w:t>
            </w:r>
          </w:p>
        </w:tc>
      </w:tr>
      <w:tr>
        <w:tc>
          <w:tcPr>
            <w:tcW w:type="dxa" w:w="5112"/>
          </w:tcPr>
          <w:p>
            <w:r>
              <w:t>All-purpose flour</w:t>
            </w:r>
          </w:p>
        </w:tc>
        <w:tc>
          <w:tcPr>
            <w:tcW w:type="dxa" w:w="5112"/>
          </w:tcPr>
          <w:p>
            <w:r>
              <w:t>2 cups</w:t>
            </w:r>
          </w:p>
        </w:tc>
      </w:tr>
      <w:tr>
        <w:tc>
          <w:tcPr>
            <w:tcW w:type="dxa" w:w="5112"/>
          </w:tcPr>
          <w:p>
            <w:r>
              <w:t>Baking powder</w:t>
            </w:r>
          </w:p>
        </w:tc>
        <w:tc>
          <w:tcPr>
            <w:tcW w:type="dxa" w:w="5112"/>
          </w:tcPr>
          <w:p>
            <w:r>
              <w:t>½–1 tablespoon</w:t>
            </w:r>
          </w:p>
        </w:tc>
      </w:tr>
      <w:tr>
        <w:tc>
          <w:tcPr>
            <w:tcW w:type="dxa" w:w="5112"/>
          </w:tcPr>
          <w:p>
            <w:r>
              <w:t>Granulated sugar</w:t>
            </w:r>
          </w:p>
        </w:tc>
        <w:tc>
          <w:tcPr>
            <w:tcW w:type="dxa" w:w="5112"/>
          </w:tcPr>
          <w:p>
            <w:r>
              <w:t>1 tablespoon</w:t>
            </w:r>
          </w:p>
        </w:tc>
      </w:tr>
      <w:tr>
        <w:tc>
          <w:tcPr>
            <w:tcW w:type="dxa" w:w="5112"/>
          </w:tcPr>
          <w:p>
            <w:r>
              <w:t>Salt</w:t>
            </w:r>
          </w:p>
        </w:tc>
        <w:tc>
          <w:tcPr>
            <w:tcW w:type="dxa" w:w="5112"/>
          </w:tcPr>
          <w:p>
            <w:r>
              <w:t>1 tablespoon</w:t>
            </w:r>
          </w:p>
        </w:tc>
      </w:tr>
      <w:tr>
        <w:tc>
          <w:tcPr>
            <w:tcW w:type="dxa" w:w="5112"/>
          </w:tcPr>
          <w:p>
            <w:r>
              <w:t>Unsalted butter, cold</w:t>
            </w:r>
          </w:p>
        </w:tc>
        <w:tc>
          <w:tcPr>
            <w:tcW w:type="dxa" w:w="5112"/>
          </w:tcPr>
          <w:p>
            <w:r>
              <w:t>6 tablespoons</w:t>
            </w:r>
          </w:p>
        </w:tc>
      </w:tr>
      <w:tr>
        <w:tc>
          <w:tcPr>
            <w:tcW w:type="dxa" w:w="5112"/>
          </w:tcPr>
          <w:p>
            <w:r>
              <w:t>Low-fat buttermilk</w:t>
            </w:r>
          </w:p>
        </w:tc>
        <w:tc>
          <w:tcPr>
            <w:tcW w:type="dxa" w:w="5112"/>
          </w:tcPr>
          <w:p>
            <w:r>
              <w:t>¾ cup</w:t>
            </w:r>
          </w:p>
        </w:tc>
      </w:tr>
      <w:tr>
        <w:tc>
          <w:tcPr>
            <w:tcW w:type="dxa" w:w="5112"/>
          </w:tcPr>
          <w:p>
            <w:r>
              <w:t>Melted butter, for brushing</w:t>
            </w:r>
          </w:p>
        </w:tc>
        <w:tc>
          <w:tcPr>
            <w:tcW w:type="dxa" w:w="5112"/>
          </w:tcPr>
          <w:p>
            <w:r>
              <w:t>1–2 tablespoons</w:t>
            </w:r>
          </w:p>
        </w:tc>
      </w:tr>
    </w:tbl>
    <w:p/>
    <w:p>
      <w:pPr>
        <w:pStyle w:val="Heading2"/>
      </w:pPr>
      <w:r>
        <w:t>Alternative Ingredients</w:t>
      </w:r>
    </w:p>
    <w:p>
      <w:pPr>
        <w:pStyle w:val="ListBullet"/>
      </w:pPr>
      <w:r>
        <w:t>Use 2 cups of self-rising flour and omit the baking powder and salt, since they are already included.</w:t>
      </w:r>
    </w:p>
    <w:p>
      <w:pPr>
        <w:pStyle w:val="ListBullet"/>
      </w:pPr>
      <w:r>
        <w:t>Substitute the 6 tablespoons of unsalted butter with 1/3 cup solid vegetable shortening (such as Crisco).</w:t>
      </w:r>
    </w:p>
    <w:p>
      <w:pPr>
        <w:pStyle w:val="ListBullet"/>
      </w:pPr>
      <w:r>
        <w:t>If you do not have buttermilk, mix ¾ cup milk with 2¼ teaspoons white vinegar or lemon juice. Let it sit for 5–10 minutes before using.</w:t>
      </w:r>
    </w:p>
    <w:p>
      <w:pPr>
        <w:pStyle w:val="Heading2"/>
      </w:pPr>
      <w:r>
        <w:t>Equipment You'll Need</w:t>
      </w:r>
    </w:p>
    <w:p>
      <w:pPr>
        <w:pStyle w:val="ListBullet"/>
      </w:pPr>
      <w:r>
        <w:t>Large mixing bowl</w:t>
      </w:r>
    </w:p>
    <w:p>
      <w:pPr>
        <w:pStyle w:val="ListBullet"/>
      </w:pPr>
      <w:r>
        <w:t>Measuring cups and spoons</w:t>
      </w:r>
    </w:p>
    <w:p>
      <w:pPr>
        <w:pStyle w:val="ListBullet"/>
      </w:pPr>
      <w:r>
        <w:t>Pastry cutter (or two knives)</w:t>
      </w:r>
    </w:p>
    <w:p>
      <w:pPr>
        <w:pStyle w:val="ListBullet"/>
      </w:pPr>
      <w:r>
        <w:t>Wooden spoon</w:t>
      </w:r>
    </w:p>
    <w:p>
      <w:pPr>
        <w:pStyle w:val="ListBullet"/>
      </w:pPr>
      <w:r>
        <w:t>2½–2¾-inch biscuit cutter (or a thin-rimmed drinking glass)</w:t>
      </w:r>
    </w:p>
    <w:p>
      <w:pPr>
        <w:pStyle w:val="ListBullet"/>
      </w:pPr>
      <w:r>
        <w:t>Baking sheet</w:t>
      </w:r>
    </w:p>
    <w:p>
      <w:pPr>
        <w:pStyle w:val="ListBullet"/>
      </w:pPr>
      <w:r>
        <w:t>Parchment paper (or lightly greased baking sheet)</w:t>
      </w:r>
    </w:p>
    <w:p>
      <w:pPr>
        <w:pStyle w:val="ListBullet"/>
      </w:pPr>
      <w:r>
        <w:t>Pastry brush</w:t>
      </w:r>
    </w:p>
    <w:p>
      <w:pPr>
        <w:pStyle w:val="ListBullet"/>
      </w:pPr>
      <w:r>
        <w:t>Food processor (optional)</w:t>
      </w:r>
    </w:p>
    <w:p>
      <w:pPr>
        <w:pStyle w:val="Heading2"/>
      </w:pPr>
      <w:r>
        <w:t>How to Make Cracker Barrel Biscuits</w:t>
      </w:r>
    </w:p>
    <w:p>
      <w:pPr>
        <w:pStyle w:val="Heading3"/>
      </w:pPr>
      <w:r>
        <w:t>1. Prep Work</w:t>
      </w:r>
    </w:p>
    <w:p>
      <w:r>
        <w:t>Preheat your oven to 425°F (220°C) and position the oven rack in the center. Line a baking sheet with parchment paper or lightly grease it. For the flakiest biscuits, keep the butter and buttermilk cold until you are ready to use them. If they have been sitting at room temperature, chill them for 10–20 minutes. Measure all ingredients before mixing and make sure the oven is fully preheated.</w:t>
      </w:r>
    </w:p>
    <w:p>
      <w:pPr>
        <w:pStyle w:val="Heading3"/>
      </w:pPr>
      <w:r>
        <w:t>2. Mix the Dry Ingredients and Cut in the Butter</w:t>
      </w:r>
    </w:p>
    <w:p>
      <w:r>
        <w:t>In a large mixing bowl, whisk together the flour, baking powder, sugar, and salt until evenly combined. Add the cold, cubed butter and cut it into the flour using a pastry cutter, two knives, clean fingertips, or a food processor. Continue until the mixture resembles coarse crumbs with small pea-sized pieces of butter remaining. Those small butter pieces melt during baking and help create flaky layers.</w:t>
      </w:r>
    </w:p>
    <w:p>
      <w:pPr>
        <w:pStyle w:val="Heading3"/>
      </w:pPr>
      <w:r>
        <w:t>3. Add the Buttermilk and Form the Dough</w:t>
      </w:r>
    </w:p>
    <w:p>
      <w:r>
        <w:t>Pour the cold buttermilk into the flour mixture and gently stir with a wooden spoon or silicone spatula until the dough just comes together and begins pulling away from the sides of the bowl. If using the buttermilk substitute, let the milk and vinegar or lemon juice stand for 5–10 minutes first. The dough should feel soft and slightly sticky. If it is too sticky to handle, lightly dust it with flour. Avoid overmixing because it can make the biscuits dense.</w:t>
      </w:r>
    </w:p>
    <w:p>
      <w:pPr>
        <w:pStyle w:val="Heading3"/>
      </w:pPr>
      <w:r>
        <w:t>4. Fold and Shape the Dough</w:t>
      </w:r>
    </w:p>
    <w:p>
      <w:r>
        <w:t>Transfer the dough to a lightly floured surface and gently bring it together with your hands. Pat it into a rectangle about 1 inch thick. Fold it in half, rotate it 90 degrees, and flatten it again. Repeat this process 5–6 times to build flaky layers without overworking the dough.</w:t>
      </w:r>
    </w:p>
    <w:p>
      <w:pPr>
        <w:pStyle w:val="Heading3"/>
      </w:pPr>
      <w:r>
        <w:t>5. Cut Out the Biscuits</w:t>
      </w:r>
    </w:p>
    <w:p>
      <w:r>
        <w:t>Pat the dough back to 1 inch thick. Lightly flour a 2½- to 2¾-inch biscuit cutter and press it straight down without twisting. If you do not have a biscuit cutter, a drinking glass with a thin rim will work. Arrange the biscuits less than ½ inch apart on the prepared baking sheet for softer sides. Gather the scraps, gently press them together, and cut additional biscuits. Try to rework the dough only once.</w:t>
      </w:r>
    </w:p>
    <w:p>
      <w:pPr>
        <w:pStyle w:val="Heading3"/>
      </w:pPr>
      <w:r>
        <w:t>6. Bake and Serve</w:t>
      </w:r>
    </w:p>
    <w:p>
      <w:r>
        <w:t>Bake for 12–15 minutes, or until the biscuits are golden brown on both the tops and bottoms. Larger biscuits may need an additional 2–4 minutes. As soon as they come out of the oven, brush the tops with 1–2 tablespoons of melted butter for a glossy finish and richer buttery flavor. Serve warm with butter, honey, jam, or sausage gravy.</w:t>
      </w:r>
    </w:p>
    <w:p>
      <w:pPr>
        <w:pStyle w:val="Heading2"/>
      </w:pPr>
      <w:r>
        <w:t>Expert Tips for Perfect Biscuits</w:t>
      </w:r>
    </w:p>
    <w:p>
      <w:pPr>
        <w:pStyle w:val="Heading3"/>
      </w:pPr>
      <w:r>
        <w:t>Keep the Butter as Cold as Possible</w:t>
      </w:r>
    </w:p>
    <w:p>
      <w:r>
        <w:t>If your kitchen is warm, chill the cubed butter in the freezer for 10–20 minutes before mixing. Cold butter creates pockets of steam in the oven and helps produce flaky layers.</w:t>
      </w:r>
    </w:p>
    <w:p>
      <w:pPr>
        <w:pStyle w:val="Heading3"/>
      </w:pPr>
      <w:r>
        <w:t>Leave Small Butter Pieces in the Dough</w:t>
      </w:r>
    </w:p>
    <w:p>
      <w:r>
        <w:t>Stop cutting the butter into the flour when the mixture resembles coarse crumbs with pea-sized pieces of butter. Do not blend the butter completely into the flour.</w:t>
      </w:r>
    </w:p>
    <w:p>
      <w:pPr>
        <w:pStyle w:val="Heading3"/>
      </w:pPr>
      <w:r>
        <w:t>Use Only a Light Dusting of Flour</w:t>
      </w:r>
    </w:p>
    <w:p>
      <w:r>
        <w:t>Lightly flour your work surface and hands if the dough feels sticky. Too much extra flour can dry out the dough and make it dense.</w:t>
      </w:r>
    </w:p>
    <w:p>
      <w:pPr>
        <w:pStyle w:val="Heading3"/>
      </w:pPr>
      <w:r>
        <w:t>Cut the Biscuits Straight Down</w:t>
      </w:r>
    </w:p>
    <w:p>
      <w:r>
        <w:t>Press the biscuit cutter straight into the dough without twisting. Twisting can seal the edges and prevent the biscuits from rising fully.</w:t>
      </w:r>
    </w:p>
    <w:p>
      <w:pPr>
        <w:pStyle w:val="Heading3"/>
      </w:pPr>
      <w:r>
        <w:t>Bake on a Light-Colored Baking Sheet</w:t>
      </w:r>
    </w:p>
    <w:p>
      <w:r>
        <w:t>A light-colored metal baking sheet helps the biscuits bake more evenly and prevents the bottoms from browning too quickly.</w:t>
      </w:r>
    </w:p>
    <w:p>
      <w:pPr>
        <w:pStyle w:val="Heading3"/>
      </w:pPr>
      <w:r>
        <w:t>Check Both the Tops and Bottoms</w:t>
      </w:r>
    </w:p>
    <w:p>
      <w:r>
        <w:t>The biscuits are done when the tops are lightly golden and the bottoms are evenly browned. If the tops look done but the bottoms are still pale, bake for another minute or two.</w:t>
      </w:r>
    </w:p>
    <w:p>
      <w:pPr>
        <w:pStyle w:val="Heading2"/>
      </w:pPr>
      <w:r>
        <w:t>Serving Suggestions</w:t>
      </w:r>
    </w:p>
    <w:p>
      <w:r>
        <w:t>Serve these biscuits warm with butter, honey, jam, or sausage gravy. They also make a comforting side for a homestyle breakfast or dinner.</w:t>
      </w:r>
    </w:p>
    <w:p>
      <w:pPr>
        <w:pStyle w:val="Heading2"/>
      </w:pPr>
      <w:r>
        <w:t>Recipe Notes</w:t>
      </w:r>
    </w:p>
    <w:p>
      <w:r>
        <w:t>The source material contains two ingredient presentations: a from-scratch version using all-purpose flour, and an ingredients checklist using self-rising flour and shortening. The recipe above follows the detailed from-scratch ingredient table and step-by-step method, while the self-rising-flour and shortening version is listed as an alternative.</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Copycat Cracker Barrel Biscuit Recipe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