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 Display" w:hAnsi="Aptos Display"/>
          <w:b/>
          <w:color w:val="6B3F24"/>
          <w:sz w:val="44"/>
        </w:rPr>
        <w:t>Copycat Cracker Barrel Apple Dumplings</w:t>
      </w:r>
    </w:p>
    <w:p>
      <w:pPr>
        <w:spacing w:after="200"/>
        <w:jc w:val="center"/>
      </w:pPr>
      <w:r>
        <w:rPr>
          <w:i/>
          <w:color w:val="6D625B"/>
          <w:sz w:val="18"/>
        </w:rPr>
        <w:t>Flaky pastry wrapped around tender cinnamon apples, finished with pecan streusel and vanilla drizzle.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F7F1E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6B3F24"/>
                <w:sz w:val="17"/>
              </w:rPr>
              <w:t>Yield</w:t>
              <w:br/>
            </w:r>
            <w:r>
              <w:rPr>
                <w:color w:val="2F251F"/>
                <w:sz w:val="17"/>
              </w:rPr>
              <w:t>8 dumplings</w:t>
            </w:r>
          </w:p>
        </w:tc>
        <w:tc>
          <w:tcPr>
            <w:tcW w:type="dxa" w:w="2592"/>
            <w:shd w:fill="F7F1E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6B3F24"/>
                <w:sz w:val="17"/>
              </w:rPr>
              <w:t>Total Time</w:t>
              <w:br/>
            </w:r>
            <w:r>
              <w:rPr>
                <w:color w:val="2F251F"/>
                <w:sz w:val="17"/>
              </w:rPr>
              <w:t>1 hour 10 minutes</w:t>
            </w:r>
          </w:p>
        </w:tc>
        <w:tc>
          <w:tcPr>
            <w:tcW w:type="dxa" w:w="2592"/>
            <w:shd w:fill="F7F1E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6B3F24"/>
                <w:sz w:val="17"/>
              </w:rPr>
              <w:t>Bake Time</w:t>
              <w:br/>
            </w:r>
            <w:r>
              <w:rPr>
                <w:color w:val="2F251F"/>
                <w:sz w:val="17"/>
              </w:rPr>
              <w:t>40 minutes</w:t>
            </w:r>
          </w:p>
        </w:tc>
        <w:tc>
          <w:tcPr>
            <w:tcW w:type="dxa" w:w="2592"/>
            <w:shd w:fill="F7F1E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6B3F24"/>
                <w:sz w:val="17"/>
              </w:rPr>
              <w:t>Oven</w:t>
              <w:br/>
            </w:r>
            <w:r>
              <w:rPr>
                <w:color w:val="2F251F"/>
                <w:sz w:val="17"/>
              </w:rPr>
              <w:t>425°F → 350°F</w:t>
            </w:r>
          </w:p>
        </w:tc>
      </w:tr>
    </w:tbl>
    <w:p>
      <w:pPr>
        <w:spacing w:before="160" w:after="80"/>
      </w:pPr>
      <w:r>
        <w:rPr>
          <w:rFonts w:ascii="Aptos Display" w:hAnsi="Aptos Display"/>
          <w:b/>
          <w:color w:val="6B3F24"/>
          <w:sz w:val="28"/>
        </w:rPr>
        <w:t>Ingredients</w:t>
      </w:r>
    </w:p>
    <w:p>
      <w:pPr>
        <w:spacing w:before="160" w:after="80"/>
      </w:pPr>
      <w:r>
        <w:rPr>
          <w:rFonts w:ascii="Aptos Display" w:hAnsi="Aptos Display"/>
          <w:b/>
          <w:color w:val="2F251F"/>
          <w:sz w:val="22"/>
        </w:rPr>
        <w:t>For the Apple Dumplings</w:t>
      </w:r>
    </w:p>
    <w:p>
      <w:pPr>
        <w:spacing w:after="40"/>
        <w:ind w:left="216" w:hanging="216"/>
      </w:pPr>
      <w:r>
        <w:rPr>
          <w:color w:val="2F251F"/>
          <w:sz w:val="18"/>
        </w:rPr>
        <w:t>☐ 4 medium Granny Smith apples, peeled, cored, and halved</w:t>
      </w:r>
    </w:p>
    <w:p>
      <w:pPr>
        <w:spacing w:after="40"/>
        <w:ind w:left="216" w:hanging="216"/>
      </w:pPr>
      <w:r>
        <w:rPr>
          <w:color w:val="2F251F"/>
          <w:sz w:val="18"/>
        </w:rPr>
        <w:t>☐ 1 package (17½ ounces) frozen puff pastry, thawed</w:t>
      </w:r>
    </w:p>
    <w:p>
      <w:pPr>
        <w:spacing w:after="40"/>
        <w:ind w:left="216" w:hanging="216"/>
      </w:pPr>
      <w:r>
        <w:rPr>
          <w:color w:val="2F251F"/>
          <w:sz w:val="18"/>
        </w:rPr>
        <w:t>☐ 1 cup granulated sugar</w:t>
      </w:r>
    </w:p>
    <w:p>
      <w:pPr>
        <w:spacing w:after="40"/>
        <w:ind w:left="216" w:hanging="216"/>
      </w:pPr>
      <w:r>
        <w:rPr>
          <w:color w:val="2F251F"/>
          <w:sz w:val="18"/>
        </w:rPr>
        <w:t>☐ ¾ cup dry breadcrumbs</w:t>
      </w:r>
    </w:p>
    <w:p>
      <w:pPr>
        <w:spacing w:after="40"/>
        <w:ind w:left="216" w:hanging="216"/>
      </w:pPr>
      <w:r>
        <w:rPr>
          <w:color w:val="2F251F"/>
          <w:sz w:val="18"/>
        </w:rPr>
        <w:t>☐ 3 tablespoons ground cinnamon</w:t>
      </w:r>
    </w:p>
    <w:p>
      <w:pPr>
        <w:spacing w:after="40"/>
        <w:ind w:left="216" w:hanging="216"/>
      </w:pPr>
      <w:r>
        <w:rPr>
          <w:color w:val="2F251F"/>
          <w:sz w:val="18"/>
        </w:rPr>
        <w:t>☐ 1 pinch ground nutmeg</w:t>
      </w:r>
    </w:p>
    <w:p>
      <w:pPr>
        <w:spacing w:after="40"/>
        <w:ind w:left="216" w:hanging="216"/>
      </w:pPr>
      <w:r>
        <w:rPr>
          <w:color w:val="2F251F"/>
          <w:sz w:val="18"/>
        </w:rPr>
        <w:t>☐ 1 large egg, beaten</w:t>
      </w:r>
    </w:p>
    <w:p>
      <w:pPr>
        <w:spacing w:before="160" w:after="80"/>
      </w:pPr>
      <w:r>
        <w:rPr>
          <w:rFonts w:ascii="Aptos Display" w:hAnsi="Aptos Display"/>
          <w:b/>
          <w:color w:val="2F251F"/>
          <w:sz w:val="22"/>
        </w:rPr>
        <w:t>For the Pecan Streusel</w:t>
      </w:r>
    </w:p>
    <w:p>
      <w:pPr>
        <w:spacing w:after="40"/>
        <w:ind w:left="216" w:hanging="216"/>
      </w:pPr>
      <w:r>
        <w:rPr>
          <w:color w:val="2F251F"/>
          <w:sz w:val="18"/>
        </w:rPr>
        <w:t>☐ ⅔ cup chopped toasted pecans</w:t>
      </w:r>
    </w:p>
    <w:p>
      <w:pPr>
        <w:spacing w:after="40"/>
        <w:ind w:left="216" w:hanging="216"/>
      </w:pPr>
      <w:r>
        <w:rPr>
          <w:color w:val="2F251F"/>
          <w:sz w:val="18"/>
        </w:rPr>
        <w:t>☐ ⅔ cup packed brown sugar</w:t>
      </w:r>
    </w:p>
    <w:p>
      <w:pPr>
        <w:spacing w:after="40"/>
        <w:ind w:left="216" w:hanging="216"/>
      </w:pPr>
      <w:r>
        <w:rPr>
          <w:color w:val="2F251F"/>
          <w:sz w:val="18"/>
        </w:rPr>
        <w:t>☐ ⅔ cup all-purpose flour</w:t>
      </w:r>
    </w:p>
    <w:p>
      <w:pPr>
        <w:spacing w:after="40"/>
        <w:ind w:left="216" w:hanging="216"/>
      </w:pPr>
      <w:r>
        <w:rPr>
          <w:color w:val="2F251F"/>
          <w:sz w:val="18"/>
        </w:rPr>
        <w:t>☐ 5 tablespoons unsalted butter, melted</w:t>
      </w:r>
    </w:p>
    <w:p>
      <w:pPr>
        <w:spacing w:before="160" w:after="80"/>
      </w:pPr>
      <w:r>
        <w:rPr>
          <w:rFonts w:ascii="Aptos Display" w:hAnsi="Aptos Display"/>
          <w:b/>
          <w:color w:val="2F251F"/>
          <w:sz w:val="22"/>
        </w:rPr>
        <w:t>For the Vanilla Drizzle</w:t>
      </w:r>
    </w:p>
    <w:p>
      <w:pPr>
        <w:spacing w:after="40"/>
        <w:ind w:left="216" w:hanging="216"/>
      </w:pPr>
      <w:r>
        <w:rPr>
          <w:color w:val="2F251F"/>
          <w:sz w:val="18"/>
        </w:rPr>
        <w:t>☐ 1 cup confectioners’ sugar</w:t>
      </w:r>
    </w:p>
    <w:p>
      <w:pPr>
        <w:spacing w:after="40"/>
        <w:ind w:left="216" w:hanging="216"/>
      </w:pPr>
      <w:r>
        <w:rPr>
          <w:color w:val="2F251F"/>
          <w:sz w:val="18"/>
        </w:rPr>
        <w:t>☐ 1 teaspoon vanilla extract</w:t>
      </w:r>
    </w:p>
    <w:p>
      <w:pPr>
        <w:spacing w:after="40"/>
        <w:ind w:left="216" w:hanging="216"/>
      </w:pPr>
      <w:r>
        <w:rPr>
          <w:color w:val="2F251F"/>
          <w:sz w:val="18"/>
        </w:rPr>
        <w:t>☐ About 3 tablespoons milk, or enough to make a smooth drizzling consistency</w:t>
      </w:r>
    </w:p>
    <w:p>
      <w:pPr>
        <w:spacing w:before="160" w:after="80"/>
      </w:pPr>
      <w:r>
        <w:rPr>
          <w:rFonts w:ascii="Aptos Display" w:hAnsi="Aptos Display"/>
          <w:b/>
          <w:color w:val="6B3F24"/>
          <w:sz w:val="28"/>
        </w:rPr>
        <w:t>Instructions</w:t>
      </w:r>
    </w:p>
    <w:p>
      <w:pPr>
        <w:spacing w:before="80" w:after="40"/>
      </w:pPr>
      <w:r>
        <w:rPr>
          <w:b/>
          <w:color w:val="6B3F24"/>
          <w:sz w:val="20"/>
        </w:rPr>
        <w:t>1. Prepare the oven and pan.</w:t>
      </w:r>
    </w:p>
    <w:p>
      <w:pPr>
        <w:spacing w:after="80"/>
      </w:pPr>
      <w:r>
        <w:rPr>
          <w:color w:val="2F251F"/>
          <w:sz w:val="18"/>
        </w:rPr>
        <w:t>Preheat the oven to 425°F (220°C). Lightly grease a large baking sheet or baking pan and set it aside.</w:t>
      </w:r>
    </w:p>
    <w:p>
      <w:pPr>
        <w:spacing w:before="80" w:after="40"/>
      </w:pPr>
      <w:r>
        <w:rPr>
          <w:b/>
          <w:color w:val="6B3F24"/>
          <w:sz w:val="20"/>
        </w:rPr>
        <w:t>2. Prepare the apples.</w:t>
      </w:r>
    </w:p>
    <w:p>
      <w:pPr>
        <w:spacing w:after="80"/>
      </w:pPr>
      <w:r>
        <w:rPr>
          <w:color w:val="2F251F"/>
          <w:sz w:val="18"/>
        </w:rPr>
        <w:t>Peel and core the 4 Granny Smith apples, then cut each in half from top to bottom. You should have 8 apple halves.</w:t>
      </w:r>
    </w:p>
    <w:p>
      <w:pPr>
        <w:spacing w:before="80" w:after="40"/>
      </w:pPr>
      <w:r>
        <w:rPr>
          <w:b/>
          <w:color w:val="6B3F24"/>
          <w:sz w:val="20"/>
        </w:rPr>
        <w:t>3. Make the cinnamon filling.</w:t>
      </w:r>
    </w:p>
    <w:p>
      <w:pPr>
        <w:spacing w:after="80"/>
      </w:pPr>
      <w:r>
        <w:rPr>
          <w:color w:val="2F251F"/>
          <w:sz w:val="18"/>
        </w:rPr>
        <w:t>Stir together 1 cup granulated sugar, ¾ cup dry breadcrumbs, 3 tablespoons cinnamon, and a pinch of nutmeg until evenly combined.</w:t>
      </w:r>
    </w:p>
    <w:p>
      <w:pPr>
        <w:spacing w:before="80" w:after="40"/>
      </w:pPr>
      <w:r>
        <w:rPr>
          <w:b/>
          <w:color w:val="6B3F24"/>
          <w:sz w:val="20"/>
        </w:rPr>
        <w:t>4. Prepare the puff pastry.</w:t>
      </w:r>
    </w:p>
    <w:p>
      <w:pPr>
        <w:spacing w:after="80"/>
      </w:pPr>
      <w:r>
        <w:rPr>
          <w:color w:val="2F251F"/>
          <w:sz w:val="18"/>
        </w:rPr>
        <w:t>Roll the thawed 17½-ounce package of puff pastry into 12-by-12-inch squares. Cut into 8 equal pastry squares. Keep the pastry chilled while working.</w:t>
      </w:r>
    </w:p>
    <w:p>
      <w:pPr>
        <w:spacing w:before="80" w:after="40"/>
      </w:pPr>
      <w:r>
        <w:rPr>
          <w:b/>
          <w:color w:val="6B3F24"/>
          <w:sz w:val="20"/>
        </w:rPr>
        <w:t>5. Fill and wrap the dumplings.</w:t>
      </w:r>
    </w:p>
    <w:p>
      <w:pPr>
        <w:spacing w:after="80"/>
      </w:pPr>
      <w:r>
        <w:rPr>
          <w:color w:val="2F251F"/>
          <w:sz w:val="18"/>
        </w:rPr>
        <w:t>Lightly brush a pastry square with beaten egg. Add about 1 tablespoon of the cinnamon mixture, place one apple half cut-side down on top, then add another tablespoon of the cinnamon mixture. Bring the four corners up over the apple and pinch the seams firmly closed.</w:t>
      </w:r>
    </w:p>
    <w:p>
      <w:pPr>
        <w:spacing w:before="80" w:after="40"/>
      </w:pPr>
      <w:r>
        <w:rPr>
          <w:b/>
          <w:color w:val="6B3F24"/>
          <w:sz w:val="20"/>
        </w:rPr>
        <w:t>6. Make the pecan streusel.</w:t>
      </w:r>
    </w:p>
    <w:p>
      <w:pPr>
        <w:spacing w:after="80"/>
      </w:pPr>
      <w:r>
        <w:rPr>
          <w:color w:val="2F251F"/>
          <w:sz w:val="18"/>
        </w:rPr>
        <w:t>Combine ⅔ cup toasted chopped pecans, ⅔ cup packed brown sugar, ⅔ cup all-purpose flour, and 5 tablespoons melted butter. Mix with a fork until moist and crumbly.</w:t>
      </w:r>
    </w:p>
    <w:p>
      <w:pPr>
        <w:spacing w:before="80" w:after="40"/>
      </w:pPr>
      <w:r>
        <w:rPr>
          <w:b/>
          <w:color w:val="6B3F24"/>
          <w:sz w:val="20"/>
        </w:rPr>
        <w:t>7. Brush, top, and bake.</w:t>
      </w:r>
    </w:p>
    <w:p>
      <w:pPr>
        <w:spacing w:after="80"/>
      </w:pPr>
      <w:r>
        <w:rPr>
          <w:color w:val="2F251F"/>
          <w:sz w:val="18"/>
        </w:rPr>
        <w:t>Place the dumplings on the prepared pan. Brush the outside with the remaining beaten egg and sprinkle with pecan streusel. Bake at 425°F for 15 minutes. Reduce the oven to 350°F (175°C) and bake for about 25 minutes more, until the pastry is nicely browned and the apples are tender.</w:t>
      </w:r>
    </w:p>
    <w:p>
      <w:pPr>
        <w:spacing w:before="80" w:after="40"/>
      </w:pPr>
      <w:r>
        <w:rPr>
          <w:b/>
          <w:color w:val="6B3F24"/>
          <w:sz w:val="20"/>
        </w:rPr>
        <w:t>8. Make the vanilla drizzle.</w:t>
      </w:r>
    </w:p>
    <w:p>
      <w:pPr>
        <w:spacing w:after="80"/>
      </w:pPr>
      <w:r>
        <w:rPr>
          <w:color w:val="2F251F"/>
          <w:sz w:val="18"/>
        </w:rPr>
        <w:t>Whisk together 1 cup confectioners’ sugar, 1 teaspoon vanilla, and about 3 tablespoons milk. Add the milk gradually until smooth and thin enough to drizzle.</w:t>
      </w:r>
    </w:p>
    <w:p>
      <w:pPr>
        <w:spacing w:before="80" w:after="40"/>
      </w:pPr>
      <w:r>
        <w:rPr>
          <w:b/>
          <w:color w:val="6B3F24"/>
          <w:sz w:val="20"/>
        </w:rPr>
        <w:t>9. Finish and serve.</w:t>
      </w:r>
    </w:p>
    <w:p>
      <w:pPr>
        <w:spacing w:after="80"/>
      </w:pPr>
      <w:r>
        <w:rPr>
          <w:color w:val="2F251F"/>
          <w:sz w:val="18"/>
        </w:rPr>
        <w:t>Let the baked dumplings cool completely at room temperature before drizzling with the vanilla icing. Serve the same day, ideally with vanilla ice cream.</w:t>
      </w:r>
    </w:p>
    <w:p>
      <w:r>
        <w:br w:type="page"/>
      </w:r>
    </w:p>
    <w:p>
      <w:pPr>
        <w:spacing w:before="160" w:after="80"/>
      </w:pPr>
      <w:r>
        <w:rPr>
          <w:rFonts w:ascii="Aptos Display" w:hAnsi="Aptos Display"/>
          <w:b/>
          <w:color w:val="6B3F24"/>
          <w:sz w:val="28"/>
        </w:rPr>
        <w:t>Recipe Notes &amp; Tips</w:t>
      </w:r>
    </w:p>
    <w:p>
      <w:pPr>
        <w:spacing w:after="80"/>
      </w:pPr>
      <w:r>
        <w:rPr>
          <w:b/>
          <w:color w:val="6B3F24"/>
          <w:sz w:val="18"/>
        </w:rPr>
        <w:t xml:space="preserve">Keep the pastry cold. </w:t>
      </w:r>
      <w:r>
        <w:rPr>
          <w:color w:val="2F251F"/>
          <w:sz w:val="18"/>
        </w:rPr>
        <w:t>If the puff pastry becomes soft or sticky while wrapping the apples, refrigerate it for about 10 minutes before continuing.</w:t>
      </w:r>
    </w:p>
    <w:p>
      <w:pPr>
        <w:spacing w:after="80"/>
      </w:pPr>
      <w:r>
        <w:rPr>
          <w:b/>
          <w:color w:val="6B3F24"/>
          <w:sz w:val="18"/>
        </w:rPr>
        <w:t xml:space="preserve">Choose firm apples. </w:t>
      </w:r>
      <w:r>
        <w:rPr>
          <w:color w:val="2F251F"/>
          <w:sz w:val="18"/>
        </w:rPr>
        <w:t>Granny Smith apples work well because they hold their shape while becoming tender. Honeycrisp or Braeburn can also be used.</w:t>
      </w:r>
    </w:p>
    <w:p>
      <w:pPr>
        <w:spacing w:after="80"/>
      </w:pPr>
      <w:r>
        <w:rPr>
          <w:b/>
          <w:color w:val="6B3F24"/>
          <w:sz w:val="18"/>
        </w:rPr>
        <w:t xml:space="preserve">Don’t stretch the pastry too thin. </w:t>
      </w:r>
      <w:r>
        <w:rPr>
          <w:color w:val="2F251F"/>
          <w:sz w:val="18"/>
        </w:rPr>
        <w:t>If a square feels too small, roll it slightly larger instead of pulling the dough thin.</w:t>
      </w:r>
    </w:p>
    <w:p>
      <w:pPr>
        <w:spacing w:after="80"/>
      </w:pPr>
      <w:r>
        <w:rPr>
          <w:b/>
          <w:color w:val="6B3F24"/>
          <w:sz w:val="18"/>
        </w:rPr>
        <w:t xml:space="preserve">Use the fork test. </w:t>
      </w:r>
      <w:r>
        <w:rPr>
          <w:color w:val="2F251F"/>
          <w:sz w:val="18"/>
        </w:rPr>
        <w:t>Start checking around 35 minutes. The pastry should be deeply golden and a fork should slide easily into the apple.</w:t>
      </w:r>
    </w:p>
    <w:p>
      <w:pPr>
        <w:spacing w:after="80"/>
      </w:pPr>
      <w:r>
        <w:rPr>
          <w:b/>
          <w:color w:val="6B3F24"/>
          <w:sz w:val="18"/>
        </w:rPr>
        <w:t xml:space="preserve">Let them rest. </w:t>
      </w:r>
      <w:r>
        <w:rPr>
          <w:color w:val="2F251F"/>
          <w:sz w:val="18"/>
        </w:rPr>
        <w:t>Give the dumplings about 5 minutes after baking so the filling and sauce can settle before serving.</w:t>
      </w:r>
    </w:p>
    <w:p>
      <w:pPr>
        <w:spacing w:before="160" w:after="80"/>
      </w:pPr>
      <w:r>
        <w:rPr>
          <w:rFonts w:ascii="Aptos Display" w:hAnsi="Aptos Display"/>
          <w:b/>
          <w:color w:val="6B3F24"/>
          <w:sz w:val="28"/>
        </w:rPr>
        <w:t>Easy Ingredient Swaps</w:t>
      </w:r>
    </w:p>
    <w:p>
      <w:pPr>
        <w:spacing w:after="40"/>
        <w:ind w:left="216" w:hanging="216"/>
      </w:pPr>
      <w:r>
        <w:rPr>
          <w:color w:val="2F251F"/>
          <w:sz w:val="18"/>
        </w:rPr>
        <w:t>• No Granny Smith apples? Use Honeycrisp or Braeburn.</w:t>
      </w:r>
    </w:p>
    <w:p>
      <w:pPr>
        <w:spacing w:after="40"/>
        <w:ind w:left="216" w:hanging="216"/>
      </w:pPr>
      <w:r>
        <w:rPr>
          <w:color w:val="2F251F"/>
          <w:sz w:val="18"/>
        </w:rPr>
        <w:t>• Need a shortcut? Refrigerated pie crust can be used in place of homemade pastry; keep it cold while working.</w:t>
      </w:r>
    </w:p>
    <w:p>
      <w:pPr>
        <w:spacing w:after="40"/>
        <w:ind w:left="216" w:hanging="216"/>
      </w:pPr>
      <w:r>
        <w:rPr>
          <w:color w:val="2F251F"/>
          <w:sz w:val="18"/>
        </w:rPr>
        <w:t>• No nutmeg? Simply leave it out. The cinnamon still provides the main warm-spice flavor.</w:t>
      </w:r>
    </w:p>
    <w:p>
      <w:pPr>
        <w:spacing w:before="160" w:after="80"/>
      </w:pPr>
      <w:r>
        <w:rPr>
          <w:rFonts w:ascii="Aptos Display" w:hAnsi="Aptos Display"/>
          <w:b/>
          <w:color w:val="6B3F24"/>
          <w:sz w:val="28"/>
        </w:rPr>
        <w:t>Serving</w:t>
      </w:r>
    </w:p>
    <w:p>
      <w:pPr>
        <w:spacing w:after="80"/>
      </w:pPr>
      <w:r>
        <w:rPr>
          <w:color w:val="2F251F"/>
          <w:sz w:val="18"/>
        </w:rPr>
        <w:t>Serve the dumplings warm or the same day with a scoop of vanilla ice cream. The tender apple, flaky pastry, buttery pecan streusel, and sweet vanilla drizzle make a cozy finish to a Southern-style meal.</w:t>
      </w:r>
    </w:p>
    <w:p>
      <w:pPr>
        <w:spacing w:before="160" w:after="80"/>
      </w:pPr>
      <w:r>
        <w:rPr>
          <w:rFonts w:ascii="Aptos Display" w:hAnsi="Aptos Display"/>
          <w:b/>
          <w:color w:val="6B3F24"/>
          <w:sz w:val="28"/>
        </w:rPr>
        <w:t>Storage &amp; Reheating</w:t>
      </w:r>
    </w:p>
    <w:p>
      <w:pPr>
        <w:spacing w:after="80"/>
      </w:pPr>
      <w:r>
        <w:rPr>
          <w:color w:val="2F251F"/>
          <w:sz w:val="18"/>
        </w:rPr>
        <w:t>Refrigerate: Cool the dumplings, transfer them to an airtight container, and refrigerate for up to 3 days. Keep any leftover sauce with them.</w:t>
      </w:r>
    </w:p>
    <w:p>
      <w:pPr>
        <w:spacing w:after="80"/>
      </w:pPr>
      <w:r>
        <w:rPr>
          <w:color w:val="2F251F"/>
          <w:sz w:val="18"/>
        </w:rPr>
        <w:t>Microwave: Heat one dumpling in 20–30 second intervals until warm throughout.</w:t>
      </w:r>
    </w:p>
    <w:p>
      <w:pPr>
        <w:spacing w:after="80"/>
      </w:pPr>
      <w:r>
        <w:rPr>
          <w:color w:val="2F251F"/>
          <w:sz w:val="18"/>
        </w:rPr>
        <w:t>Oven: Place a dumpling in a baking dish and warm at 325°F (165°C) until heated through. This helps the pastry firm up better than microwaving.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7F1E8"/>
            <w:tcMar>
              <w:top w:w="130" w:type="dxa"/>
              <w:start w:w="140" w:type="dxa"/>
              <w:bottom w:w="130" w:type="dxa"/>
              <w:end w:w="140" w:type="dxa"/>
            </w:tcMar>
          </w:tcPr>
          <w:p>
            <w:r>
              <w:rPr>
                <w:b/>
                <w:color w:val="6B3F24"/>
                <w:sz w:val="18"/>
              </w:rPr>
              <w:t>Kitchen Note</w:t>
              <w:br/>
            </w:r>
            <w:r>
              <w:rPr>
                <w:color w:val="2F251F"/>
                <w:sz w:val="17"/>
              </w:rPr>
              <w:t>Every oven and apple is a little different. Use the color of the pastry and the tenderness of the apple as your final doneness checks.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B6D63"/>
        <w:sz w:val="15"/>
      </w:rPr>
      <w:t>Cracker Barrel Recipes • Copycat Apple Dumplings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