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4"/>
        </w:rPr>
        <w:t>Cracker Barrel Corn Muffin Recipe</w:t>
      </w:r>
    </w:p>
    <w:p>
      <w:pPr>
        <w:jc w:val="center"/>
      </w:pPr>
      <w:r>
        <w:rPr>
          <w:i/>
          <w:sz w:val="20"/>
        </w:rPr>
        <w:t>Soft, buttery, lightly sweet Southern-style corn muffins</w:t>
      </w:r>
    </w:p>
    <w:p>
      <w:pPr>
        <w:jc w:val="center"/>
      </w:pPr>
      <w:r>
        <w:rPr>
          <w:b/>
          <w:sz w:val="18"/>
        </w:rPr>
        <w:t>Yield: 12 corn muffins    |    Oven: 400°F (200°C)    |    Bake: 15–18 minutes</w:t>
      </w:r>
    </w:p>
    <w:p>
      <w:pPr>
        <w:spacing w:before="120" w:after="80"/>
      </w:pPr>
      <w:r>
        <w:rPr>
          <w:rFonts w:ascii="Arial" w:hAnsi="Arial"/>
          <w:b/>
          <w:sz w:val="28"/>
        </w:rPr>
        <w:t>Ingredients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  <w:vAlign w:val="center"/>
          </w:tcPr>
          <w:p>
            <w:r>
              <w:rPr>
                <w:b/>
                <w:sz w:val="18"/>
              </w:rPr>
              <w:t>Ingredient</w:t>
            </w:r>
          </w:p>
        </w:tc>
        <w:tc>
          <w:tcPr>
            <w:tcW w:type="dxa" w:w="5256"/>
            <w:vAlign w:val="center"/>
          </w:tcPr>
          <w:p>
            <w:r>
              <w:rPr>
                <w:b/>
                <w:sz w:val="18"/>
              </w:rPr>
              <w:t>Amount</w:t>
            </w:r>
          </w:p>
        </w:tc>
      </w:tr>
      <w:tr>
        <w:tc>
          <w:tcPr>
            <w:tcW w:type="dxa" w:w="5256"/>
            <w:vAlign w:val="center"/>
          </w:tcPr>
          <w:p>
            <w:pPr>
              <w:spacing w:after="0"/>
            </w:pPr>
            <w:r>
              <w:rPr>
                <w:sz w:val="18"/>
              </w:rPr>
              <w:t>All-purpose flour</w:t>
            </w:r>
          </w:p>
        </w:tc>
        <w:tc>
          <w:tcPr>
            <w:tcW w:type="dxa" w:w="5256"/>
            <w:vAlign w:val="center"/>
          </w:tcPr>
          <w:p>
            <w:pPr>
              <w:spacing w:after="0"/>
            </w:pPr>
            <w:r>
              <w:rPr>
                <w:sz w:val="18"/>
              </w:rPr>
              <w:t>2 cups</w:t>
            </w:r>
          </w:p>
        </w:tc>
      </w:tr>
      <w:tr>
        <w:tc>
          <w:tcPr>
            <w:tcW w:type="dxa" w:w="5256"/>
            <w:vAlign w:val="center"/>
          </w:tcPr>
          <w:p>
            <w:pPr>
              <w:spacing w:after="0"/>
            </w:pPr>
            <w:r>
              <w:rPr>
                <w:sz w:val="18"/>
              </w:rPr>
              <w:t>Cornmeal</w:t>
            </w:r>
          </w:p>
        </w:tc>
        <w:tc>
          <w:tcPr>
            <w:tcW w:type="dxa" w:w="5256"/>
            <w:vAlign w:val="center"/>
          </w:tcPr>
          <w:p>
            <w:pPr>
              <w:spacing w:after="0"/>
            </w:pPr>
            <w:r>
              <w:rPr>
                <w:sz w:val="18"/>
              </w:rPr>
              <w:t>1 cup</w:t>
            </w:r>
          </w:p>
        </w:tc>
      </w:tr>
      <w:tr>
        <w:tc>
          <w:tcPr>
            <w:tcW w:type="dxa" w:w="5256"/>
            <w:vAlign w:val="center"/>
          </w:tcPr>
          <w:p>
            <w:pPr>
              <w:spacing w:after="0"/>
            </w:pPr>
            <w:r>
              <w:rPr>
                <w:sz w:val="18"/>
              </w:rPr>
              <w:t>Granulated sugar</w:t>
            </w:r>
          </w:p>
        </w:tc>
        <w:tc>
          <w:tcPr>
            <w:tcW w:type="dxa" w:w="5256"/>
            <w:vAlign w:val="center"/>
          </w:tcPr>
          <w:p>
            <w:pPr>
              <w:spacing w:after="0"/>
            </w:pPr>
            <w:r>
              <w:rPr>
                <w:sz w:val="18"/>
              </w:rPr>
              <w:t>½ cup</w:t>
            </w:r>
          </w:p>
        </w:tc>
      </w:tr>
      <w:tr>
        <w:tc>
          <w:tcPr>
            <w:tcW w:type="dxa" w:w="5256"/>
            <w:vAlign w:val="center"/>
          </w:tcPr>
          <w:p>
            <w:pPr>
              <w:spacing w:after="0"/>
            </w:pPr>
            <w:r>
              <w:rPr>
                <w:sz w:val="18"/>
              </w:rPr>
              <w:t>Baking powder</w:t>
            </w:r>
          </w:p>
        </w:tc>
        <w:tc>
          <w:tcPr>
            <w:tcW w:type="dxa" w:w="5256"/>
            <w:vAlign w:val="center"/>
          </w:tcPr>
          <w:p>
            <w:pPr>
              <w:spacing w:after="0"/>
            </w:pPr>
            <w:r>
              <w:rPr>
                <w:sz w:val="18"/>
              </w:rPr>
              <w:t>1 tablespoon</w:t>
            </w:r>
          </w:p>
        </w:tc>
      </w:tr>
      <w:tr>
        <w:tc>
          <w:tcPr>
            <w:tcW w:type="dxa" w:w="5256"/>
            <w:vAlign w:val="center"/>
          </w:tcPr>
          <w:p>
            <w:pPr>
              <w:spacing w:after="0"/>
            </w:pPr>
            <w:r>
              <w:rPr>
                <w:sz w:val="18"/>
              </w:rPr>
              <w:t>Salt</w:t>
            </w:r>
          </w:p>
        </w:tc>
        <w:tc>
          <w:tcPr>
            <w:tcW w:type="dxa" w:w="5256"/>
            <w:vAlign w:val="center"/>
          </w:tcPr>
          <w:p>
            <w:pPr>
              <w:spacing w:after="0"/>
            </w:pPr>
            <w:r>
              <w:rPr>
                <w:sz w:val="18"/>
              </w:rPr>
              <w:t>1 teaspoon</w:t>
            </w:r>
          </w:p>
        </w:tc>
      </w:tr>
      <w:tr>
        <w:tc>
          <w:tcPr>
            <w:tcW w:type="dxa" w:w="5256"/>
            <w:vAlign w:val="center"/>
          </w:tcPr>
          <w:p>
            <w:pPr>
              <w:spacing w:after="0"/>
            </w:pPr>
            <w:r>
              <w:rPr>
                <w:sz w:val="18"/>
              </w:rPr>
              <w:t>Unsalted butter, melted</w:t>
            </w:r>
          </w:p>
        </w:tc>
        <w:tc>
          <w:tcPr>
            <w:tcW w:type="dxa" w:w="5256"/>
            <w:vAlign w:val="center"/>
          </w:tcPr>
          <w:p>
            <w:pPr>
              <w:spacing w:after="0"/>
            </w:pPr>
            <w:r>
              <w:rPr>
                <w:sz w:val="18"/>
              </w:rPr>
              <w:t>½ cup</w:t>
            </w:r>
          </w:p>
        </w:tc>
      </w:tr>
      <w:tr>
        <w:tc>
          <w:tcPr>
            <w:tcW w:type="dxa" w:w="5256"/>
            <w:vAlign w:val="center"/>
          </w:tcPr>
          <w:p>
            <w:pPr>
              <w:spacing w:after="0"/>
            </w:pPr>
            <w:r>
              <w:rPr>
                <w:sz w:val="18"/>
              </w:rPr>
              <w:t>Vegetable oil</w:t>
            </w:r>
          </w:p>
        </w:tc>
        <w:tc>
          <w:tcPr>
            <w:tcW w:type="dxa" w:w="5256"/>
            <w:vAlign w:val="center"/>
          </w:tcPr>
          <w:p>
            <w:pPr>
              <w:spacing w:after="0"/>
            </w:pPr>
            <w:r>
              <w:rPr>
                <w:sz w:val="18"/>
              </w:rPr>
              <w:t>¼ cup</w:t>
            </w:r>
          </w:p>
        </w:tc>
      </w:tr>
      <w:tr>
        <w:tc>
          <w:tcPr>
            <w:tcW w:type="dxa" w:w="5256"/>
            <w:vAlign w:val="center"/>
          </w:tcPr>
          <w:p>
            <w:pPr>
              <w:spacing w:after="0"/>
            </w:pPr>
            <w:r>
              <w:rPr>
                <w:sz w:val="18"/>
              </w:rPr>
              <w:t>Whole milk</w:t>
            </w:r>
          </w:p>
        </w:tc>
        <w:tc>
          <w:tcPr>
            <w:tcW w:type="dxa" w:w="5256"/>
            <w:vAlign w:val="center"/>
          </w:tcPr>
          <w:p>
            <w:pPr>
              <w:spacing w:after="0"/>
            </w:pPr>
            <w:r>
              <w:rPr>
                <w:sz w:val="18"/>
              </w:rPr>
              <w:t>1 cup</w:t>
            </w:r>
          </w:p>
        </w:tc>
      </w:tr>
      <w:tr>
        <w:tc>
          <w:tcPr>
            <w:tcW w:type="dxa" w:w="5256"/>
            <w:vAlign w:val="center"/>
          </w:tcPr>
          <w:p>
            <w:pPr>
              <w:spacing w:after="0"/>
            </w:pPr>
            <w:r>
              <w:rPr>
                <w:sz w:val="18"/>
              </w:rPr>
              <w:t>Large eggs</w:t>
            </w:r>
          </w:p>
        </w:tc>
        <w:tc>
          <w:tcPr>
            <w:tcW w:type="dxa" w:w="5256"/>
            <w:vAlign w:val="center"/>
          </w:tcPr>
          <w:p>
            <w:pPr>
              <w:spacing w:after="0"/>
            </w:pPr>
            <w:r>
              <w:rPr>
                <w:sz w:val="18"/>
              </w:rPr>
              <w:t>2</w:t>
            </w:r>
          </w:p>
        </w:tc>
      </w:tr>
      <w:tr>
        <w:tc>
          <w:tcPr>
            <w:tcW w:type="dxa" w:w="5256"/>
            <w:vAlign w:val="center"/>
          </w:tcPr>
          <w:p>
            <w:pPr>
              <w:spacing w:after="0"/>
            </w:pPr>
            <w:r>
              <w:rPr>
                <w:sz w:val="18"/>
              </w:rPr>
              <w:t>Butter or bacon grease, for greasing</w:t>
            </w:r>
          </w:p>
        </w:tc>
        <w:tc>
          <w:tcPr>
            <w:tcW w:type="dxa" w:w="5256"/>
            <w:vAlign w:val="center"/>
          </w:tcPr>
          <w:p>
            <w:pPr>
              <w:spacing w:after="0"/>
            </w:pPr>
            <w:r>
              <w:rPr>
                <w:sz w:val="18"/>
              </w:rPr>
              <w:t>As needed</w:t>
            </w:r>
          </w:p>
        </w:tc>
      </w:tr>
    </w:tbl>
    <w:p>
      <w:pPr>
        <w:spacing w:before="120" w:after="80"/>
      </w:pPr>
      <w:r>
        <w:rPr>
          <w:rFonts w:ascii="Arial" w:hAnsi="Arial"/>
          <w:b/>
          <w:sz w:val="28"/>
        </w:rPr>
        <w:t>Instructions</w:t>
      </w:r>
    </w:p>
    <w:p>
      <w:pPr>
        <w:spacing w:before="60" w:after="20"/>
      </w:pPr>
      <w:r>
        <w:rPr>
          <w:b/>
          <w:sz w:val="21"/>
        </w:rPr>
        <w:t>1. Preheat the Oven</w:t>
      </w:r>
    </w:p>
    <w:p>
      <w:pPr>
        <w:spacing w:after="60" w:line="252" w:lineRule="auto"/>
      </w:pPr>
      <w:r>
        <w:t>Preheat the oven to 400°F (200°C). Grease a 12-cup muffin pan with butter or cooking spray, or use paper liners. The recipe recommends butter.</w:t>
      </w:r>
    </w:p>
    <w:p>
      <w:pPr>
        <w:spacing w:before="60" w:after="20"/>
      </w:pPr>
      <w:r>
        <w:rPr>
          <w:b/>
          <w:sz w:val="21"/>
        </w:rPr>
        <w:t>2. Combine the Dry Ingredients</w:t>
      </w:r>
    </w:p>
    <w:p>
      <w:pPr>
        <w:spacing w:after="60" w:line="252" w:lineRule="auto"/>
      </w:pPr>
      <w:r>
        <w:t>In a large bowl, whisk together the flour, cornmeal, sugar, baking powder, and salt until evenly combined.</w:t>
      </w:r>
    </w:p>
    <w:p>
      <w:pPr>
        <w:spacing w:before="60" w:after="20"/>
      </w:pPr>
      <w:r>
        <w:rPr>
          <w:b/>
          <w:sz w:val="21"/>
        </w:rPr>
        <w:t>3. Combine the Wet Ingredients</w:t>
      </w:r>
    </w:p>
    <w:p>
      <w:pPr>
        <w:spacing w:after="60" w:line="252" w:lineRule="auto"/>
      </w:pPr>
      <w:r>
        <w:t>In a medium bowl, whisk together the melted butter, whole milk, and eggs. Let the melted butter cool slightly before adding it to the eggs.</w:t>
      </w:r>
    </w:p>
    <w:p>
      <w:pPr>
        <w:spacing w:before="60" w:after="20"/>
      </w:pPr>
      <w:r>
        <w:rPr>
          <w:b/>
          <w:sz w:val="21"/>
        </w:rPr>
        <w:t>4. Bring the Batter Together</w:t>
      </w:r>
    </w:p>
    <w:p>
      <w:pPr>
        <w:spacing w:after="60" w:line="252" w:lineRule="auto"/>
      </w:pPr>
      <w:r>
        <w:t>Pour the wet mixture into the dry ingredients. Gently stir with a wooden spoon or rubber spatula just until combined. Do not overmix. A few small lumps are fine.</w:t>
      </w:r>
    </w:p>
    <w:p>
      <w:pPr>
        <w:spacing w:before="60" w:after="20"/>
      </w:pPr>
      <w:r>
        <w:rPr>
          <w:b/>
          <w:sz w:val="21"/>
        </w:rPr>
        <w:t>5. Fill the Muffin Cups</w:t>
      </w:r>
    </w:p>
    <w:p>
      <w:pPr>
        <w:spacing w:after="60" w:line="252" w:lineRule="auto"/>
      </w:pPr>
      <w:r>
        <w:t>Divide the batter evenly among the prepared muffin cups, filling each about ¾ full.</w:t>
      </w:r>
    </w:p>
    <w:p>
      <w:pPr>
        <w:spacing w:before="60" w:after="20"/>
      </w:pPr>
      <w:r>
        <w:rPr>
          <w:b/>
          <w:sz w:val="21"/>
        </w:rPr>
        <w:t>6. Bake Until Golden</w:t>
      </w:r>
    </w:p>
    <w:p>
      <w:pPr>
        <w:spacing w:after="60" w:line="252" w:lineRule="auto"/>
      </w:pPr>
      <w:r>
        <w:t>Bake for 15–18 minutes. The tops should be lightly golden, and a toothpick inserted in the center should come out clean or with a few moist crumbs.</w:t>
      </w:r>
    </w:p>
    <w:p>
      <w:pPr>
        <w:spacing w:before="60" w:after="20"/>
      </w:pPr>
      <w:r>
        <w:rPr>
          <w:b/>
          <w:sz w:val="21"/>
        </w:rPr>
        <w:t>7. Cool and Serve</w:t>
      </w:r>
    </w:p>
    <w:p>
      <w:pPr>
        <w:spacing w:after="60" w:line="252" w:lineRule="auto"/>
      </w:pPr>
      <w:r>
        <w:t>Let the muffins rest in the pan for about 5 minutes, then transfer them to a wire rack. Serve warm with butter or honey.</w:t>
      </w:r>
    </w:p>
    <w:p>
      <w:pPr>
        <w:spacing w:before="120" w:after="80"/>
      </w:pPr>
      <w:r>
        <w:rPr>
          <w:rFonts w:ascii="Arial" w:hAnsi="Arial"/>
          <w:b/>
          <w:sz w:val="28"/>
        </w:rPr>
        <w:t>Tips for Perfect Corn Muffins</w:t>
      </w:r>
    </w:p>
    <w:p>
      <w:pPr>
        <w:spacing w:after="40"/>
        <w:ind w:left="216" w:hanging="216"/>
      </w:pPr>
      <w:r>
        <w:t>• Use room-temperature ingredients: Let the milk and eggs sit out briefly so they blend smoothly.</w:t>
      </w:r>
    </w:p>
    <w:p>
      <w:pPr>
        <w:spacing w:after="40"/>
        <w:ind w:left="216" w:hanging="216"/>
      </w:pPr>
      <w:r>
        <w:t>• Cool the melted butter: Slightly cooled butter keeps the egg mixture smooth.</w:t>
      </w:r>
    </w:p>
    <w:p>
      <w:pPr>
        <w:spacing w:after="40"/>
        <w:ind w:left="216" w:hanging="216"/>
      </w:pPr>
      <w:r>
        <w:t>• Measure flour carefully: Spoon flour into the measuring cup and level it off to avoid dry muffins.</w:t>
      </w:r>
    </w:p>
    <w:p>
      <w:pPr>
        <w:spacing w:after="40"/>
        <w:ind w:left="216" w:hanging="216"/>
      </w:pPr>
      <w:r>
        <w:t>• Keep the butter and oil: Butter provides rich flavor while oil helps keep the muffins moist.</w:t>
      </w:r>
    </w:p>
    <w:p>
      <w:pPr>
        <w:spacing w:after="40"/>
        <w:ind w:left="216" w:hanging="216"/>
      </w:pPr>
      <w:r>
        <w:t>• Don't overmix: Stir only until the dry ingredients are moistened.</w:t>
      </w:r>
    </w:p>
    <w:p>
      <w:pPr>
        <w:spacing w:after="40"/>
        <w:ind w:left="216" w:hanging="216"/>
      </w:pPr>
      <w:r>
        <w:t>• Grease the pan well: Butter or bacon grease helps with release and golden edges.</w:t>
      </w:r>
    </w:p>
    <w:p>
      <w:pPr>
        <w:spacing w:after="40"/>
        <w:ind w:left="216" w:hanging="216"/>
      </w:pPr>
      <w:r>
        <w:t>• Don't overbake: Start checking around 15 minutes.</w:t>
      </w:r>
    </w:p>
    <w:p>
      <w:pPr>
        <w:spacing w:after="40"/>
        <w:ind w:left="216" w:hanging="216"/>
      </w:pPr>
      <w:r>
        <w:t>• Let them rest: Give the muffins 5 minutes in the pan before moving them to the rack.</w:t>
      </w:r>
    </w:p>
    <w:p>
      <w:pPr>
        <w:spacing w:before="120" w:after="80"/>
      </w:pPr>
      <w:r>
        <w:rPr>
          <w:rFonts w:ascii="Arial" w:hAnsi="Arial"/>
          <w:b/>
          <w:sz w:val="28"/>
        </w:rPr>
        <w:t>Easy Ingredient Swaps</w:t>
      </w:r>
    </w:p>
    <w:p>
      <w:pPr>
        <w:spacing w:after="40"/>
      </w:pPr>
      <w:r>
        <w:t>• Buttermilk: Replace 1 cup whole milk with 1 cup buttermilk for a tangier flavor and extra-tender crumb.</w:t>
      </w:r>
    </w:p>
    <w:p>
      <w:pPr>
        <w:spacing w:after="40"/>
      </w:pPr>
      <w:r>
        <w:t>• Canola oil: Use it in place of vegetable oil for a mild-flavored alternative.</w:t>
      </w:r>
    </w:p>
    <w:p>
      <w:pPr>
        <w:spacing w:after="40"/>
      </w:pPr>
      <w:r>
        <w:t>• Extra sweetness: Add 1–2 tablespoons granulated sugar if you prefer sweeter muffins.</w:t>
      </w:r>
    </w:p>
    <w:p>
      <w:pPr>
        <w:spacing w:before="120" w:after="80"/>
      </w:pPr>
      <w:r>
        <w:rPr>
          <w:rFonts w:ascii="Arial" w:hAnsi="Arial"/>
          <w:b/>
          <w:sz w:val="28"/>
        </w:rPr>
        <w:t>Storage &amp; Reheating</w:t>
      </w:r>
    </w:p>
    <w:p>
      <w:pPr>
        <w:spacing w:after="80"/>
      </w:pPr>
      <w:r>
        <w:t>Make the muffins up to 1 day ahead and keep them completely cooled in an airtight container at room temperature. For longer storage, wrap well and freeze for up to 3 months for best quality. Thaw at room temperature, then warm gently in the oven or microwave.</w:t>
      </w:r>
    </w:p>
    <w:p>
      <w:r>
        <w:rPr>
          <w:b/>
        </w:rPr>
        <w:t xml:space="preserve">Serving idea: </w:t>
      </w:r>
      <w:r>
        <w:t>These corn muffins are especially good warm with butter or honey, or alongside chili, soup, fried chicken, meatloaf, chicken and dumplings, or other Southern-style meals.</w:t>
      </w:r>
    </w:p>
    <w:sectPr w:rsidR="00FC693F" w:rsidRPr="0006063C" w:rsidSect="00034616">
      <w:pgSz w:w="12240" w:h="15840"/>
      <w:pgMar w:top="792" w:right="864" w:bottom="79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